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2C837F" w14:textId="77777777" w:rsidR="00130B7B" w:rsidRDefault="00F01237">
      <w:pPr>
        <w:jc w:val="right"/>
      </w:pPr>
      <w:proofErr w:type="spellStart"/>
      <w:r>
        <w:rPr>
          <w:b/>
        </w:rPr>
        <w:t>Unitatea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învățământ</w:t>
      </w:r>
      <w:proofErr w:type="spellEnd"/>
      <w:r>
        <w:rPr>
          <w:b/>
        </w:rPr>
        <w:t>: .............................................................</w:t>
      </w:r>
    </w:p>
    <w:p w14:paraId="29BD6B1E" w14:textId="77777777" w:rsidR="00130B7B" w:rsidRDefault="00F01237">
      <w:pPr>
        <w:spacing w:after="0"/>
      </w:pPr>
      <w:r>
        <w:rPr>
          <w:b/>
        </w:rPr>
        <w:t xml:space="preserve">Aria </w:t>
      </w:r>
      <w:proofErr w:type="spellStart"/>
      <w:r>
        <w:rPr>
          <w:b/>
        </w:rPr>
        <w:t>curriculară</w:t>
      </w:r>
      <w:proofErr w:type="spellEnd"/>
      <w:r>
        <w:rPr>
          <w:b/>
        </w:rPr>
        <w:t>:</w:t>
      </w:r>
      <w:r>
        <w:t xml:space="preserve"> OM – SOCIETATE</w:t>
      </w:r>
    </w:p>
    <w:p w14:paraId="62C3186A" w14:textId="77777777" w:rsidR="00130B7B" w:rsidRDefault="00F01237">
      <w:pPr>
        <w:spacing w:after="0"/>
      </w:pPr>
      <w:proofErr w:type="spellStart"/>
      <w:r>
        <w:rPr>
          <w:b/>
        </w:rPr>
        <w:t>Disciplina</w:t>
      </w:r>
      <w:proofErr w:type="spellEnd"/>
      <w:r>
        <w:rPr>
          <w:b/>
        </w:rPr>
        <w:t>:</w:t>
      </w:r>
      <w:r>
        <w:t xml:space="preserve"> Religie – </w:t>
      </w:r>
      <w:proofErr w:type="spellStart"/>
      <w:r>
        <w:t>cultul</w:t>
      </w:r>
      <w:proofErr w:type="spellEnd"/>
      <w:r>
        <w:t xml:space="preserve"> </w:t>
      </w:r>
      <w:proofErr w:type="spellStart"/>
      <w:r>
        <w:t>ortodox</w:t>
      </w:r>
      <w:proofErr w:type="spellEnd"/>
    </w:p>
    <w:p w14:paraId="718C9563" w14:textId="77777777" w:rsidR="00130B7B" w:rsidRDefault="00F01237">
      <w:pPr>
        <w:spacing w:after="0"/>
      </w:pPr>
      <w:proofErr w:type="spellStart"/>
      <w:r>
        <w:rPr>
          <w:b/>
        </w:rPr>
        <w:t>Clasa</w:t>
      </w:r>
      <w:proofErr w:type="spellEnd"/>
      <w:r>
        <w:rPr>
          <w:b/>
        </w:rPr>
        <w:t>:</w:t>
      </w:r>
      <w:r>
        <w:t xml:space="preserve"> a IX-a</w:t>
      </w:r>
    </w:p>
    <w:p w14:paraId="394BF2F9" w14:textId="77777777" w:rsidR="00130B7B" w:rsidRDefault="00F01237">
      <w:pPr>
        <w:spacing w:after="0"/>
      </w:pPr>
      <w:proofErr w:type="spellStart"/>
      <w:r>
        <w:rPr>
          <w:b/>
        </w:rPr>
        <w:t>Număr</w:t>
      </w:r>
      <w:proofErr w:type="spellEnd"/>
      <w:r>
        <w:rPr>
          <w:b/>
        </w:rPr>
        <w:t xml:space="preserve"> de ore </w:t>
      </w:r>
      <w:proofErr w:type="spellStart"/>
      <w:r>
        <w:rPr>
          <w:b/>
        </w:rPr>
        <w:t>pe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săptămână</w:t>
      </w:r>
      <w:proofErr w:type="spellEnd"/>
      <w:r>
        <w:rPr>
          <w:b/>
        </w:rPr>
        <w:t>:</w:t>
      </w:r>
      <w:r>
        <w:t xml:space="preserve"> 1</w:t>
      </w:r>
    </w:p>
    <w:p w14:paraId="31B5059C" w14:textId="77777777" w:rsidR="00130B7B" w:rsidRDefault="00F01237">
      <w:pPr>
        <w:spacing w:after="0"/>
      </w:pPr>
      <w:proofErr w:type="spellStart"/>
      <w:r>
        <w:rPr>
          <w:b/>
        </w:rPr>
        <w:t>Număr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săptămâni</w:t>
      </w:r>
      <w:proofErr w:type="spellEnd"/>
      <w:r>
        <w:rPr>
          <w:b/>
        </w:rPr>
        <w:t>:</w:t>
      </w:r>
      <w:r>
        <w:t xml:space="preserve"> 36</w:t>
      </w:r>
    </w:p>
    <w:p w14:paraId="08A512A2" w14:textId="77777777" w:rsidR="00130B7B" w:rsidRDefault="00F01237">
      <w:pPr>
        <w:spacing w:after="0"/>
      </w:pPr>
      <w:proofErr w:type="spellStart"/>
      <w:r>
        <w:rPr>
          <w:b/>
        </w:rPr>
        <w:t>Profesor</w:t>
      </w:r>
      <w:proofErr w:type="spellEnd"/>
      <w:r>
        <w:rPr>
          <w:b/>
        </w:rPr>
        <w:t>:</w:t>
      </w:r>
      <w:r>
        <w:t xml:space="preserve"> .............................................................</w:t>
      </w:r>
      <w:bookmarkStart w:id="0" w:name="_GoBack"/>
      <w:bookmarkEnd w:id="0"/>
    </w:p>
    <w:p w14:paraId="3FC885FA" w14:textId="77777777" w:rsidR="00130B7B" w:rsidRDefault="00F01237">
      <w:pPr>
        <w:spacing w:before="160" w:after="0"/>
        <w:jc w:val="center"/>
      </w:pPr>
      <w:r>
        <w:rPr>
          <w:b/>
          <w:sz w:val="28"/>
        </w:rPr>
        <w:t>PLANIFICARE CALENDARISTICĂ ORIENTATIVĂ</w:t>
      </w:r>
    </w:p>
    <w:p w14:paraId="0AC89959" w14:textId="77777777" w:rsidR="00130B7B" w:rsidRDefault="00F01237">
      <w:pPr>
        <w:spacing w:after="40"/>
        <w:jc w:val="center"/>
      </w:pPr>
      <w:r>
        <w:rPr>
          <w:b/>
          <w:sz w:val="24"/>
        </w:rPr>
        <w:t>ANUL ȘCOLAR 2026–2027</w:t>
      </w:r>
    </w:p>
    <w:p w14:paraId="7B42C82A" w14:textId="1276BC4C" w:rsidR="0003085B" w:rsidRPr="0003085B" w:rsidRDefault="0003085B" w:rsidP="0003085B">
      <w:pPr>
        <w:spacing w:after="0" w:line="240" w:lineRule="auto"/>
        <w:jc w:val="center"/>
        <w:rPr>
          <w:rFonts w:ascii="Calibri" w:eastAsia="Times New Roman" w:hAnsi="Calibri" w:cs="Arial"/>
          <w:sz w:val="22"/>
          <w:lang w:val="ro-RO" w:eastAsia="ro-RO"/>
        </w:rPr>
      </w:pPr>
      <w:r w:rsidRPr="0003085B">
        <w:rPr>
          <w:rFonts w:ascii="Calibri" w:eastAsia="Times New Roman" w:hAnsi="Calibri" w:cs="Arial"/>
          <w:sz w:val="22"/>
          <w:lang w:val="ro-RO" w:eastAsia="ro-RO"/>
        </w:rPr>
        <w:t xml:space="preserve">Conform programei şcolare aprobată prin </w:t>
      </w:r>
      <w:r w:rsidRPr="0003085B">
        <w:rPr>
          <w:rFonts w:ascii="Arial Narrow" w:eastAsia="Times New Roman" w:hAnsi="Arial Narrow" w:cs="Times New Roman"/>
          <w:caps/>
          <w:sz w:val="24"/>
          <w:szCs w:val="20"/>
          <w:lang w:val="ro-RO" w:eastAsia="ro-RO"/>
        </w:rPr>
        <w:t>O.M.</w:t>
      </w:r>
      <w:r w:rsidRPr="00F01237">
        <w:rPr>
          <w:rFonts w:ascii="Arial Narrow" w:eastAsia="Times New Roman" w:hAnsi="Arial Narrow" w:cs="Times New Roman"/>
          <w:caps/>
          <w:sz w:val="24"/>
          <w:szCs w:val="20"/>
          <w:lang w:val="ro-RO" w:eastAsia="ro-RO"/>
        </w:rPr>
        <w:t>e</w:t>
      </w:r>
      <w:r w:rsidRPr="0003085B">
        <w:rPr>
          <w:rFonts w:ascii="Arial Narrow" w:eastAsia="Times New Roman" w:hAnsi="Arial Narrow" w:cs="Times New Roman"/>
          <w:b/>
          <w:i/>
          <w:caps/>
          <w:sz w:val="24"/>
          <w:szCs w:val="20"/>
          <w:lang w:val="ro-RO" w:eastAsia="ro-RO"/>
        </w:rPr>
        <w:t xml:space="preserve"> </w:t>
      </w:r>
      <w:r w:rsidRPr="0003085B">
        <w:rPr>
          <w:rFonts w:ascii="Calibri" w:eastAsia="Times New Roman" w:hAnsi="Calibri" w:cs="Arial"/>
          <w:sz w:val="22"/>
          <w:lang w:val="ro-RO" w:eastAsia="ro-RO"/>
        </w:rPr>
        <w:t xml:space="preserve">nr. </w:t>
      </w:r>
      <w:r w:rsidRPr="00F01237">
        <w:rPr>
          <w:rFonts w:ascii="Calibri" w:eastAsia="Times New Roman" w:hAnsi="Calibri" w:cs="Arial"/>
          <w:sz w:val="22"/>
          <w:lang w:val="ro-RO" w:eastAsia="ro-RO"/>
        </w:rPr>
        <w:t>6930 /19.12.2025</w:t>
      </w:r>
    </w:p>
    <w:p w14:paraId="064455B5" w14:textId="77777777" w:rsidR="00130B7B" w:rsidRDefault="00130B7B">
      <w:pPr>
        <w:spacing w:after="20"/>
      </w:pPr>
    </w:p>
    <w:tbl>
      <w:tblPr>
        <w:tblW w:w="10234" w:type="dxa"/>
        <w:jc w:val="center"/>
        <w:tblLayout w:type="fixed"/>
        <w:tblLook w:val="04A0" w:firstRow="1" w:lastRow="0" w:firstColumn="1" w:lastColumn="0" w:noHBand="0" w:noVBand="1"/>
      </w:tblPr>
      <w:tblGrid>
        <w:gridCol w:w="568"/>
        <w:gridCol w:w="1530"/>
        <w:gridCol w:w="1134"/>
        <w:gridCol w:w="4537"/>
        <w:gridCol w:w="396"/>
        <w:gridCol w:w="567"/>
        <w:gridCol w:w="935"/>
        <w:gridCol w:w="567"/>
      </w:tblGrid>
      <w:tr w:rsidR="004D3322" w14:paraId="61CF298F" w14:textId="77777777">
        <w:trPr>
          <w:tblHeader/>
          <w:jc w:val="center"/>
        </w:trPr>
        <w:tc>
          <w:tcPr>
            <w:tcW w:w="568" w:type="dxa"/>
            <w:tcBorders>
              <w:top w:val="single" w:sz="6" w:space="0" w:color="5A0000"/>
              <w:left w:val="single" w:sz="6" w:space="0" w:color="5A0000"/>
              <w:bottom w:val="single" w:sz="6" w:space="0" w:color="5A0000"/>
              <w:right w:val="single" w:sz="6" w:space="0" w:color="5A0000"/>
            </w:tcBorders>
            <w:shd w:val="clear" w:color="auto" w:fill="990000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0698A566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color w:val="FFFFFF"/>
                <w:sz w:val="14"/>
              </w:rPr>
              <w:t>DOMENII</w:t>
            </w:r>
          </w:p>
        </w:tc>
        <w:tc>
          <w:tcPr>
            <w:tcW w:w="1530" w:type="dxa"/>
            <w:tcBorders>
              <w:top w:val="single" w:sz="6" w:space="0" w:color="5A0000"/>
              <w:left w:val="single" w:sz="6" w:space="0" w:color="5A0000"/>
              <w:bottom w:val="single" w:sz="6" w:space="0" w:color="5A0000"/>
              <w:right w:val="single" w:sz="6" w:space="0" w:color="5A0000"/>
            </w:tcBorders>
            <w:shd w:val="clear" w:color="auto" w:fill="990000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290DE6B7" w14:textId="77777777" w:rsidR="004D3322" w:rsidRDefault="00F01237">
            <w:pPr>
              <w:spacing w:after="0" w:line="228" w:lineRule="auto"/>
              <w:jc w:val="center"/>
            </w:pPr>
            <w:proofErr w:type="spellStart"/>
            <w:r>
              <w:rPr>
                <w:b/>
                <w:color w:val="FFFFFF"/>
                <w:sz w:val="14"/>
              </w:rPr>
              <w:t>Unități</w:t>
            </w:r>
            <w:proofErr w:type="spellEnd"/>
            <w:r>
              <w:rPr>
                <w:b/>
                <w:color w:val="FFFFFF"/>
                <w:sz w:val="14"/>
              </w:rPr>
              <w:t xml:space="preserve"> </w:t>
            </w:r>
            <w:proofErr w:type="spellStart"/>
            <w:r>
              <w:rPr>
                <w:b/>
                <w:color w:val="FFFFFF"/>
                <w:sz w:val="14"/>
              </w:rPr>
              <w:t>tematice</w:t>
            </w:r>
            <w:proofErr w:type="spellEnd"/>
          </w:p>
        </w:tc>
        <w:tc>
          <w:tcPr>
            <w:tcW w:w="1134" w:type="dxa"/>
            <w:tcBorders>
              <w:top w:val="single" w:sz="6" w:space="0" w:color="5A0000"/>
              <w:left w:val="single" w:sz="6" w:space="0" w:color="5A0000"/>
              <w:bottom w:val="single" w:sz="6" w:space="0" w:color="5A0000"/>
              <w:right w:val="single" w:sz="6" w:space="0" w:color="5A0000"/>
            </w:tcBorders>
            <w:shd w:val="clear" w:color="auto" w:fill="990000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1558B7DA" w14:textId="77777777" w:rsidR="004D3322" w:rsidRDefault="00F01237">
            <w:pPr>
              <w:spacing w:after="0" w:line="228" w:lineRule="auto"/>
              <w:jc w:val="center"/>
            </w:pPr>
            <w:proofErr w:type="spellStart"/>
            <w:r>
              <w:rPr>
                <w:b/>
                <w:color w:val="FFFFFF"/>
                <w:sz w:val="14"/>
              </w:rPr>
              <w:t>Numărul</w:t>
            </w:r>
            <w:proofErr w:type="spellEnd"/>
            <w:r>
              <w:rPr>
                <w:b/>
                <w:color w:val="FFFFFF"/>
                <w:sz w:val="14"/>
              </w:rPr>
              <w:t xml:space="preserve"> </w:t>
            </w:r>
            <w:proofErr w:type="spellStart"/>
            <w:r>
              <w:rPr>
                <w:b/>
                <w:color w:val="FFFFFF"/>
                <w:sz w:val="14"/>
              </w:rPr>
              <w:t>competenței</w:t>
            </w:r>
            <w:proofErr w:type="spellEnd"/>
            <w:r>
              <w:rPr>
                <w:b/>
                <w:color w:val="FFFFFF"/>
                <w:sz w:val="14"/>
              </w:rPr>
              <w:t xml:space="preserve"> </w:t>
            </w:r>
            <w:proofErr w:type="spellStart"/>
            <w:r>
              <w:rPr>
                <w:b/>
                <w:color w:val="FFFFFF"/>
                <w:sz w:val="14"/>
              </w:rPr>
              <w:t>specifice</w:t>
            </w:r>
            <w:proofErr w:type="spellEnd"/>
            <w:r>
              <w:rPr>
                <w:b/>
                <w:color w:val="FFFFFF"/>
                <w:sz w:val="14"/>
              </w:rPr>
              <w:t xml:space="preserve"> din </w:t>
            </w:r>
            <w:proofErr w:type="spellStart"/>
            <w:r>
              <w:rPr>
                <w:b/>
                <w:color w:val="FFFFFF"/>
                <w:sz w:val="14"/>
              </w:rPr>
              <w:t>programă</w:t>
            </w:r>
            <w:proofErr w:type="spellEnd"/>
          </w:p>
        </w:tc>
        <w:tc>
          <w:tcPr>
            <w:tcW w:w="4537" w:type="dxa"/>
            <w:tcBorders>
              <w:top w:val="single" w:sz="6" w:space="0" w:color="5A0000"/>
              <w:left w:val="single" w:sz="6" w:space="0" w:color="5A0000"/>
              <w:bottom w:val="single" w:sz="6" w:space="0" w:color="5A0000"/>
              <w:right w:val="single" w:sz="6" w:space="0" w:color="5A0000"/>
            </w:tcBorders>
            <w:shd w:val="clear" w:color="auto" w:fill="990000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0791D09C" w14:textId="77777777" w:rsidR="004D3322" w:rsidRDefault="00F01237">
            <w:pPr>
              <w:spacing w:after="0" w:line="228" w:lineRule="auto"/>
              <w:jc w:val="center"/>
            </w:pPr>
            <w:proofErr w:type="spellStart"/>
            <w:r>
              <w:rPr>
                <w:b/>
                <w:color w:val="FFFFFF"/>
                <w:sz w:val="14"/>
              </w:rPr>
              <w:t>Conținuturile</w:t>
            </w:r>
            <w:proofErr w:type="spellEnd"/>
            <w:r>
              <w:rPr>
                <w:b/>
                <w:color w:val="FFFFFF"/>
                <w:sz w:val="14"/>
              </w:rPr>
              <w:t xml:space="preserve"> </w:t>
            </w:r>
            <w:proofErr w:type="spellStart"/>
            <w:r>
              <w:rPr>
                <w:b/>
                <w:color w:val="FFFFFF"/>
                <w:sz w:val="14"/>
              </w:rPr>
              <w:t>învățării</w:t>
            </w:r>
            <w:proofErr w:type="spellEnd"/>
          </w:p>
        </w:tc>
        <w:tc>
          <w:tcPr>
            <w:tcW w:w="396" w:type="dxa"/>
            <w:tcBorders>
              <w:top w:val="single" w:sz="6" w:space="0" w:color="5A0000"/>
              <w:left w:val="single" w:sz="6" w:space="0" w:color="5A0000"/>
              <w:bottom w:val="single" w:sz="6" w:space="0" w:color="5A0000"/>
              <w:right w:val="single" w:sz="6" w:space="0" w:color="5A0000"/>
            </w:tcBorders>
            <w:shd w:val="clear" w:color="auto" w:fill="990000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7FFC9CCD" w14:textId="77777777" w:rsidR="004D3322" w:rsidRDefault="00F01237">
            <w:pPr>
              <w:spacing w:after="0" w:line="228" w:lineRule="auto"/>
              <w:jc w:val="center"/>
            </w:pPr>
            <w:proofErr w:type="spellStart"/>
            <w:r>
              <w:rPr>
                <w:b/>
                <w:color w:val="FFFFFF"/>
                <w:sz w:val="14"/>
              </w:rPr>
              <w:t>Nr</w:t>
            </w:r>
            <w:proofErr w:type="spellEnd"/>
            <w:r>
              <w:rPr>
                <w:b/>
                <w:color w:val="FFFFFF"/>
                <w:sz w:val="14"/>
              </w:rPr>
              <w:t>. ore</w:t>
            </w:r>
          </w:p>
        </w:tc>
        <w:tc>
          <w:tcPr>
            <w:tcW w:w="567" w:type="dxa"/>
            <w:tcBorders>
              <w:top w:val="single" w:sz="6" w:space="0" w:color="5A0000"/>
              <w:left w:val="single" w:sz="6" w:space="0" w:color="5A0000"/>
              <w:bottom w:val="single" w:sz="6" w:space="0" w:color="5A0000"/>
              <w:right w:val="single" w:sz="6" w:space="0" w:color="5A0000"/>
            </w:tcBorders>
            <w:shd w:val="clear" w:color="auto" w:fill="990000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19186427" w14:textId="77777777" w:rsidR="004D3322" w:rsidRDefault="00F01237">
            <w:pPr>
              <w:spacing w:after="0" w:line="228" w:lineRule="auto"/>
              <w:jc w:val="center"/>
            </w:pPr>
            <w:proofErr w:type="spellStart"/>
            <w:r>
              <w:rPr>
                <w:b/>
                <w:color w:val="FFFFFF"/>
                <w:sz w:val="14"/>
              </w:rPr>
              <w:t>Săptămâna</w:t>
            </w:r>
            <w:proofErr w:type="spellEnd"/>
          </w:p>
        </w:tc>
        <w:tc>
          <w:tcPr>
            <w:tcW w:w="935" w:type="dxa"/>
            <w:tcBorders>
              <w:top w:val="single" w:sz="6" w:space="0" w:color="5A0000"/>
              <w:left w:val="single" w:sz="6" w:space="0" w:color="5A0000"/>
              <w:bottom w:val="single" w:sz="6" w:space="0" w:color="5A0000"/>
              <w:right w:val="single" w:sz="6" w:space="0" w:color="5A0000"/>
            </w:tcBorders>
            <w:shd w:val="clear" w:color="auto" w:fill="990000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57C6F36C" w14:textId="77777777" w:rsidR="004D3322" w:rsidRDefault="00F01237">
            <w:pPr>
              <w:spacing w:after="0" w:line="228" w:lineRule="auto"/>
              <w:jc w:val="center"/>
            </w:pPr>
            <w:proofErr w:type="spellStart"/>
            <w:r>
              <w:rPr>
                <w:b/>
                <w:color w:val="FFFFFF"/>
                <w:sz w:val="14"/>
              </w:rPr>
              <w:t>Perioada</w:t>
            </w:r>
            <w:proofErr w:type="spellEnd"/>
          </w:p>
        </w:tc>
        <w:tc>
          <w:tcPr>
            <w:tcW w:w="567" w:type="dxa"/>
            <w:tcBorders>
              <w:top w:val="single" w:sz="6" w:space="0" w:color="5A0000"/>
              <w:left w:val="single" w:sz="6" w:space="0" w:color="5A0000"/>
              <w:bottom w:val="single" w:sz="6" w:space="0" w:color="5A0000"/>
              <w:right w:val="single" w:sz="6" w:space="0" w:color="5A0000"/>
            </w:tcBorders>
            <w:shd w:val="clear" w:color="auto" w:fill="990000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06756C7A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color w:val="FFFFFF"/>
                <w:sz w:val="14"/>
              </w:rPr>
              <w:t>Obs.</w:t>
            </w:r>
          </w:p>
        </w:tc>
      </w:tr>
      <w:tr w:rsidR="004D3322" w14:paraId="62AA60D1" w14:textId="77777777">
        <w:trPr>
          <w:cantSplit/>
          <w:jc w:val="center"/>
        </w:trPr>
        <w:tc>
          <w:tcPr>
            <w:tcW w:w="10234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9C4A00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637A375A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color w:val="FFFFFF"/>
                <w:sz w:val="16"/>
              </w:rPr>
              <w:t>MODULUL I</w:t>
            </w:r>
          </w:p>
        </w:tc>
      </w:tr>
      <w:tr w:rsidR="004D3322" w14:paraId="377B6D8E" w14:textId="77777777">
        <w:trPr>
          <w:cantSplit/>
          <w:jc w:val="center"/>
        </w:trPr>
        <w:tc>
          <w:tcPr>
            <w:tcW w:w="5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3D512C0F" w14:textId="77777777" w:rsidR="004D3322" w:rsidRDefault="004D3322">
            <w:pPr>
              <w:spacing w:after="0" w:line="228" w:lineRule="auto"/>
              <w:jc w:val="center"/>
            </w:pPr>
          </w:p>
        </w:tc>
        <w:tc>
          <w:tcPr>
            <w:tcW w:w="15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6E141822" w14:textId="77777777" w:rsidR="004D3322" w:rsidRDefault="004D3322">
            <w:pPr>
              <w:spacing w:after="0" w:line="228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13EEC4A5" w14:textId="77777777" w:rsidR="004D3322" w:rsidRDefault="004D3322">
            <w:pPr>
              <w:spacing w:after="0" w:line="228" w:lineRule="auto"/>
              <w:jc w:val="center"/>
            </w:pPr>
          </w:p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49FA9DD2" w14:textId="77777777" w:rsidR="004D3322" w:rsidRDefault="00F01237">
            <w:pPr>
              <w:spacing w:after="0" w:line="228" w:lineRule="auto"/>
            </w:pPr>
            <w:r>
              <w:rPr>
                <w:b/>
                <w:sz w:val="14"/>
              </w:rPr>
              <w:t xml:space="preserve">Cu </w:t>
            </w:r>
            <w:proofErr w:type="spellStart"/>
            <w:r>
              <w:rPr>
                <w:b/>
                <w:sz w:val="14"/>
              </w:rPr>
              <w:t>Dumnezeu</w:t>
            </w:r>
            <w:proofErr w:type="spellEnd"/>
            <w:r>
              <w:rPr>
                <w:b/>
                <w:sz w:val="14"/>
              </w:rPr>
              <w:t xml:space="preserve"> la </w:t>
            </w:r>
            <w:proofErr w:type="spellStart"/>
            <w:r>
              <w:rPr>
                <w:b/>
                <w:sz w:val="14"/>
              </w:rPr>
              <w:t>început</w:t>
            </w:r>
            <w:proofErr w:type="spellEnd"/>
            <w:r>
              <w:rPr>
                <w:b/>
                <w:sz w:val="14"/>
              </w:rPr>
              <w:t xml:space="preserve"> de an </w:t>
            </w:r>
            <w:proofErr w:type="spellStart"/>
            <w:r>
              <w:rPr>
                <w:b/>
                <w:sz w:val="14"/>
              </w:rPr>
              <w:t>școlar</w:t>
            </w:r>
            <w:proofErr w:type="spellEnd"/>
            <w:r>
              <w:rPr>
                <w:b/>
                <w:sz w:val="14"/>
              </w:rPr>
              <w:t>*</w:t>
            </w: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2E855DC1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4D6A6E22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S1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070FF0F6" w14:textId="77777777" w:rsidR="004D3322" w:rsidRDefault="00F01237">
            <w:pPr>
              <w:spacing w:after="0" w:line="228" w:lineRule="auto"/>
              <w:jc w:val="center"/>
            </w:pPr>
            <w:r>
              <w:rPr>
                <w:sz w:val="14"/>
              </w:rPr>
              <w:t>07.09–11.09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099BC258" w14:textId="77777777" w:rsidR="004D3322" w:rsidRDefault="004D3322">
            <w:pPr>
              <w:spacing w:after="0" w:line="228" w:lineRule="auto"/>
              <w:jc w:val="center"/>
            </w:pPr>
          </w:p>
        </w:tc>
      </w:tr>
      <w:tr w:rsidR="004D3322" w14:paraId="2B170E4B" w14:textId="77777777">
        <w:trPr>
          <w:cantSplit/>
          <w:jc w:val="center"/>
        </w:trPr>
        <w:tc>
          <w:tcPr>
            <w:tcW w:w="5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1526B449" w14:textId="77777777" w:rsidR="004D3322" w:rsidRDefault="004D3322">
            <w:pPr>
              <w:spacing w:after="0" w:line="228" w:lineRule="auto"/>
              <w:jc w:val="center"/>
            </w:pPr>
          </w:p>
        </w:tc>
        <w:tc>
          <w:tcPr>
            <w:tcW w:w="15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08DF03E1" w14:textId="77777777" w:rsidR="004D3322" w:rsidRDefault="004D3322">
            <w:pPr>
              <w:spacing w:after="0" w:line="228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6EA47A6B" w14:textId="77777777" w:rsidR="004D3322" w:rsidRDefault="004D3322">
            <w:pPr>
              <w:spacing w:after="0" w:line="228" w:lineRule="auto"/>
              <w:jc w:val="center"/>
            </w:pPr>
          </w:p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36F9571A" w14:textId="77777777" w:rsidR="004D3322" w:rsidRDefault="00F01237">
            <w:pPr>
              <w:spacing w:after="0" w:line="228" w:lineRule="auto"/>
            </w:pPr>
            <w:proofErr w:type="spellStart"/>
            <w:r>
              <w:rPr>
                <w:rFonts w:eastAsia="Arial"/>
                <w:b/>
                <w:sz w:val="15"/>
              </w:rPr>
              <w:t>Să</w:t>
            </w:r>
            <w:proofErr w:type="spellEnd"/>
            <w:r>
              <w:rPr>
                <w:rFonts w:eastAsia="Arial"/>
                <w:b/>
                <w:sz w:val="15"/>
              </w:rPr>
              <w:t xml:space="preserve"> ne </w:t>
            </w:r>
            <w:proofErr w:type="spellStart"/>
            <w:r>
              <w:rPr>
                <w:rFonts w:eastAsia="Arial"/>
                <w:b/>
                <w:sz w:val="15"/>
              </w:rPr>
              <w:t>amintim</w:t>
            </w:r>
            <w:proofErr w:type="spellEnd"/>
            <w:r>
              <w:rPr>
                <w:rFonts w:eastAsia="Arial"/>
                <w:b/>
                <w:sz w:val="15"/>
              </w:rPr>
              <w:t xml:space="preserve"> din </w:t>
            </w:r>
            <w:proofErr w:type="spellStart"/>
            <w:r>
              <w:rPr>
                <w:rFonts w:eastAsia="Arial"/>
                <w:b/>
                <w:sz w:val="15"/>
              </w:rPr>
              <w:t>clasa</w:t>
            </w:r>
            <w:proofErr w:type="spellEnd"/>
            <w:r>
              <w:rPr>
                <w:rFonts w:eastAsia="Arial"/>
                <w:b/>
                <w:sz w:val="15"/>
              </w:rPr>
              <w:t xml:space="preserve"> a VIII-a*; </w:t>
            </w:r>
            <w:proofErr w:type="spellStart"/>
            <w:r>
              <w:rPr>
                <w:rFonts w:eastAsia="Arial"/>
                <w:b/>
                <w:sz w:val="15"/>
              </w:rPr>
              <w:t>evaluare</w:t>
            </w:r>
            <w:proofErr w:type="spellEnd"/>
            <w:r>
              <w:rPr>
                <w:rFonts w:eastAsia="Arial"/>
                <w:b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b/>
                <w:sz w:val="15"/>
              </w:rPr>
              <w:t>inițială</w:t>
            </w:r>
            <w:proofErr w:type="spellEnd"/>
            <w:r>
              <w:rPr>
                <w:rFonts w:eastAsia="Arial"/>
                <w:b/>
                <w:sz w:val="15"/>
              </w:rPr>
              <w:t xml:space="preserve"> (</w:t>
            </w:r>
            <w:proofErr w:type="spellStart"/>
            <w:r>
              <w:rPr>
                <w:rFonts w:eastAsia="Arial"/>
                <w:b/>
                <w:sz w:val="15"/>
              </w:rPr>
              <w:t>diagnostică</w:t>
            </w:r>
            <w:proofErr w:type="spellEnd"/>
            <w:r>
              <w:rPr>
                <w:rFonts w:eastAsia="Arial"/>
                <w:b/>
                <w:sz w:val="15"/>
              </w:rPr>
              <w:t>)*</w:t>
            </w: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168F6095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1578E955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S2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5A9C1401" w14:textId="77777777" w:rsidR="004D3322" w:rsidRDefault="00F01237">
            <w:pPr>
              <w:spacing w:after="0" w:line="228" w:lineRule="auto"/>
              <w:jc w:val="center"/>
            </w:pPr>
            <w:r>
              <w:rPr>
                <w:sz w:val="14"/>
              </w:rPr>
              <w:t>14.09–18.09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30B8580F" w14:textId="77777777" w:rsidR="004D3322" w:rsidRDefault="004D3322">
            <w:pPr>
              <w:spacing w:after="0" w:line="228" w:lineRule="auto"/>
              <w:jc w:val="center"/>
            </w:pPr>
          </w:p>
        </w:tc>
      </w:tr>
      <w:tr w:rsidR="004D3322" w14:paraId="6E422CAE" w14:textId="77777777">
        <w:trPr>
          <w:cantSplit/>
          <w:jc w:val="center"/>
        </w:trPr>
        <w:tc>
          <w:tcPr>
            <w:tcW w:w="56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BE7D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2E8C1ABB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I</w:t>
            </w:r>
          </w:p>
        </w:tc>
        <w:tc>
          <w:tcPr>
            <w:tcW w:w="153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BE7D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4FEA3659" w14:textId="77777777" w:rsidR="004D3322" w:rsidRDefault="00F01237">
            <w:pPr>
              <w:spacing w:after="0" w:line="228" w:lineRule="auto"/>
              <w:jc w:val="center"/>
            </w:pPr>
            <w:proofErr w:type="spellStart"/>
            <w:r>
              <w:rPr>
                <w:b/>
                <w:sz w:val="14"/>
              </w:rPr>
              <w:t>Hristos</w:t>
            </w:r>
            <w:proofErr w:type="spellEnd"/>
            <w:r>
              <w:rPr>
                <w:b/>
                <w:sz w:val="14"/>
              </w:rPr>
              <w:t xml:space="preserve"> – </w:t>
            </w:r>
            <w:proofErr w:type="spellStart"/>
            <w:r>
              <w:rPr>
                <w:b/>
                <w:sz w:val="14"/>
              </w:rPr>
              <w:t>Calea</w:t>
            </w:r>
            <w:proofErr w:type="spellEnd"/>
            <w:r>
              <w:rPr>
                <w:b/>
                <w:sz w:val="14"/>
              </w:rPr>
              <w:t xml:space="preserve">, </w:t>
            </w:r>
            <w:proofErr w:type="spellStart"/>
            <w:r>
              <w:rPr>
                <w:b/>
                <w:sz w:val="14"/>
              </w:rPr>
              <w:t>Adevărul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și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Viața</w:t>
            </w:r>
            <w:proofErr w:type="spellEnd"/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BE7D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6733D9EF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3"/>
              </w:rPr>
              <w:t>1.1; 1.2; 1.3</w:t>
            </w:r>
          </w:p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BE7D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4B3C8B5A" w14:textId="77777777" w:rsidR="004D3322" w:rsidRDefault="00F01237">
            <w:pPr>
              <w:spacing w:after="0" w:line="228" w:lineRule="auto"/>
            </w:pPr>
            <w:r>
              <w:rPr>
                <w:b/>
                <w:sz w:val="14"/>
              </w:rPr>
              <w:t xml:space="preserve">1. </w:t>
            </w:r>
            <w:proofErr w:type="spellStart"/>
            <w:r>
              <w:rPr>
                <w:b/>
                <w:sz w:val="14"/>
              </w:rPr>
              <w:t>Sfânta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Scriptură</w:t>
            </w:r>
            <w:proofErr w:type="spellEnd"/>
            <w:r>
              <w:rPr>
                <w:b/>
                <w:sz w:val="14"/>
              </w:rPr>
              <w:t xml:space="preserve"> – </w:t>
            </w:r>
            <w:proofErr w:type="spellStart"/>
            <w:r>
              <w:rPr>
                <w:b/>
                <w:sz w:val="14"/>
              </w:rPr>
              <w:t>izvor</w:t>
            </w:r>
            <w:proofErr w:type="spellEnd"/>
            <w:r>
              <w:rPr>
                <w:b/>
                <w:sz w:val="14"/>
              </w:rPr>
              <w:t xml:space="preserve"> al </w:t>
            </w:r>
            <w:proofErr w:type="spellStart"/>
            <w:r>
              <w:rPr>
                <w:b/>
                <w:sz w:val="14"/>
              </w:rPr>
              <w:t>Revelației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și</w:t>
            </w:r>
            <w:proofErr w:type="spellEnd"/>
            <w:r>
              <w:rPr>
                <w:b/>
                <w:sz w:val="14"/>
              </w:rPr>
              <w:t xml:space="preserve"> element de </w:t>
            </w:r>
            <w:proofErr w:type="spellStart"/>
            <w:r>
              <w:rPr>
                <w:b/>
                <w:sz w:val="14"/>
              </w:rPr>
              <w:t>cultură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universală</w:t>
            </w:r>
            <w:proofErr w:type="spellEnd"/>
            <w:r>
              <w:rPr>
                <w:sz w:val="14"/>
              </w:rPr>
              <w:t xml:space="preserve"> (I) (</w:t>
            </w:r>
            <w:proofErr w:type="spellStart"/>
            <w:r>
              <w:rPr>
                <w:sz w:val="14"/>
              </w:rPr>
              <w:t>inspirația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structura</w:t>
            </w:r>
            <w:proofErr w:type="spellEnd"/>
            <w:r>
              <w:rPr>
                <w:sz w:val="14"/>
              </w:rPr>
              <w:t>)</w:t>
            </w: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BE7D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6CBADA41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BE7D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5753D24B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S3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BE7D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45B769A0" w14:textId="77777777" w:rsidR="004D3322" w:rsidRDefault="00F01237">
            <w:pPr>
              <w:spacing w:after="0" w:line="228" w:lineRule="auto"/>
              <w:jc w:val="center"/>
            </w:pPr>
            <w:r>
              <w:rPr>
                <w:sz w:val="14"/>
              </w:rPr>
              <w:t>21.09–25.09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BE7D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285C0BEC" w14:textId="77777777" w:rsidR="004D3322" w:rsidRDefault="004D3322">
            <w:pPr>
              <w:spacing w:after="0" w:line="228" w:lineRule="auto"/>
              <w:jc w:val="center"/>
            </w:pPr>
          </w:p>
        </w:tc>
      </w:tr>
      <w:tr w:rsidR="004D3322" w14:paraId="6A49EDB3" w14:textId="77777777">
        <w:trPr>
          <w:cantSplit/>
          <w:jc w:val="center"/>
        </w:trPr>
        <w:tc>
          <w:tcPr>
            <w:tcW w:w="56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BE7D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7BB90824" w14:textId="77777777" w:rsidR="004D3322" w:rsidRDefault="004D3322"/>
        </w:tc>
        <w:tc>
          <w:tcPr>
            <w:tcW w:w="153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BE7D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047A53E1" w14:textId="77777777" w:rsidR="004D3322" w:rsidRDefault="004D3322"/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BE7D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63F08985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3"/>
              </w:rPr>
              <w:t>1.1; 1.2; 1.3</w:t>
            </w:r>
          </w:p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BE7D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1DD8A8A8" w14:textId="77777777" w:rsidR="004D3322" w:rsidRDefault="00F01237">
            <w:pPr>
              <w:spacing w:after="0" w:line="228" w:lineRule="auto"/>
            </w:pPr>
            <w:r>
              <w:rPr>
                <w:b/>
                <w:sz w:val="14"/>
              </w:rPr>
              <w:t xml:space="preserve">2. </w:t>
            </w:r>
            <w:proofErr w:type="spellStart"/>
            <w:r>
              <w:rPr>
                <w:b/>
                <w:sz w:val="14"/>
              </w:rPr>
              <w:t>Sfânta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Scriptură</w:t>
            </w:r>
            <w:proofErr w:type="spellEnd"/>
            <w:r>
              <w:rPr>
                <w:b/>
                <w:sz w:val="14"/>
              </w:rPr>
              <w:t xml:space="preserve"> – </w:t>
            </w:r>
            <w:proofErr w:type="spellStart"/>
            <w:r>
              <w:rPr>
                <w:b/>
                <w:sz w:val="14"/>
              </w:rPr>
              <w:t>izvor</w:t>
            </w:r>
            <w:proofErr w:type="spellEnd"/>
            <w:r>
              <w:rPr>
                <w:b/>
                <w:sz w:val="14"/>
              </w:rPr>
              <w:t xml:space="preserve"> al </w:t>
            </w:r>
            <w:proofErr w:type="spellStart"/>
            <w:r>
              <w:rPr>
                <w:b/>
                <w:sz w:val="14"/>
              </w:rPr>
              <w:t>Revelației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și</w:t>
            </w:r>
            <w:proofErr w:type="spellEnd"/>
            <w:r>
              <w:rPr>
                <w:b/>
                <w:sz w:val="14"/>
              </w:rPr>
              <w:t xml:space="preserve"> element de </w:t>
            </w:r>
            <w:proofErr w:type="spellStart"/>
            <w:r>
              <w:rPr>
                <w:b/>
                <w:sz w:val="14"/>
              </w:rPr>
              <w:t>cultură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universală</w:t>
            </w:r>
            <w:proofErr w:type="spellEnd"/>
            <w:r>
              <w:rPr>
                <w:sz w:val="14"/>
              </w:rPr>
              <w:t xml:space="preserve"> (II) (</w:t>
            </w:r>
            <w:proofErr w:type="spellStart"/>
            <w:r>
              <w:rPr>
                <w:sz w:val="14"/>
              </w:rPr>
              <w:t>mesajul</w:t>
            </w:r>
            <w:proofErr w:type="spellEnd"/>
            <w:r>
              <w:rPr>
                <w:sz w:val="14"/>
              </w:rPr>
              <w:t>/</w:t>
            </w:r>
            <w:proofErr w:type="spellStart"/>
            <w:r>
              <w:rPr>
                <w:sz w:val="14"/>
              </w:rPr>
              <w:t>perspectiva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teologică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culturală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literară</w:t>
            </w:r>
            <w:proofErr w:type="spellEnd"/>
            <w:r>
              <w:rPr>
                <w:sz w:val="14"/>
              </w:rPr>
              <w:t>)</w:t>
            </w: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BE7D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1BCAF9BE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BE7D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54DBB727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S4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BE7D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0C0E37CD" w14:textId="77777777" w:rsidR="004D3322" w:rsidRDefault="00F01237">
            <w:pPr>
              <w:spacing w:after="0" w:line="228" w:lineRule="auto"/>
              <w:jc w:val="center"/>
            </w:pPr>
            <w:r>
              <w:rPr>
                <w:sz w:val="14"/>
              </w:rPr>
              <w:t>28.09–02.10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BE7D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187F64C7" w14:textId="77777777" w:rsidR="004D3322" w:rsidRDefault="004D3322">
            <w:pPr>
              <w:spacing w:after="0" w:line="228" w:lineRule="auto"/>
              <w:jc w:val="center"/>
            </w:pPr>
          </w:p>
        </w:tc>
      </w:tr>
      <w:tr w:rsidR="004D3322" w14:paraId="3C141854" w14:textId="77777777">
        <w:trPr>
          <w:cantSplit/>
          <w:jc w:val="center"/>
        </w:trPr>
        <w:tc>
          <w:tcPr>
            <w:tcW w:w="56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BE7D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3130C9D7" w14:textId="77777777" w:rsidR="004D3322" w:rsidRDefault="004D3322"/>
        </w:tc>
        <w:tc>
          <w:tcPr>
            <w:tcW w:w="153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BE7D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37BC0078" w14:textId="77777777" w:rsidR="004D3322" w:rsidRDefault="004D3322"/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BE7D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426ABA62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3"/>
              </w:rPr>
              <w:t>1.1; 1.2; 1.3</w:t>
            </w:r>
          </w:p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BE7D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137D23B0" w14:textId="77777777" w:rsidR="004D3322" w:rsidRDefault="00F01237">
            <w:pPr>
              <w:spacing w:after="0" w:line="228" w:lineRule="auto"/>
            </w:pPr>
            <w:r>
              <w:rPr>
                <w:b/>
                <w:sz w:val="14"/>
              </w:rPr>
              <w:t xml:space="preserve">3. </w:t>
            </w:r>
            <w:proofErr w:type="spellStart"/>
            <w:r>
              <w:rPr>
                <w:b/>
                <w:sz w:val="14"/>
              </w:rPr>
              <w:t>Creația</w:t>
            </w:r>
            <w:proofErr w:type="spellEnd"/>
            <w:r>
              <w:rPr>
                <w:b/>
                <w:sz w:val="14"/>
              </w:rPr>
              <w:t xml:space="preserve"> ca </w:t>
            </w:r>
            <w:proofErr w:type="spellStart"/>
            <w:r>
              <w:rPr>
                <w:b/>
                <w:sz w:val="14"/>
              </w:rPr>
              <w:t>dar</w:t>
            </w:r>
            <w:proofErr w:type="spellEnd"/>
            <w:r>
              <w:rPr>
                <w:b/>
                <w:sz w:val="14"/>
              </w:rPr>
              <w:t xml:space="preserve"> al </w:t>
            </w:r>
            <w:proofErr w:type="spellStart"/>
            <w:r>
              <w:rPr>
                <w:b/>
                <w:sz w:val="14"/>
              </w:rPr>
              <w:t>lui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Dumnezeu</w:t>
            </w:r>
            <w:proofErr w:type="spellEnd"/>
            <w:r>
              <w:rPr>
                <w:sz w:val="14"/>
              </w:rPr>
              <w:t xml:space="preserve"> (</w:t>
            </w:r>
            <w:proofErr w:type="spellStart"/>
            <w:r>
              <w:rPr>
                <w:sz w:val="14"/>
              </w:rPr>
              <w:t>referatul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biblic</w:t>
            </w:r>
            <w:proofErr w:type="spellEnd"/>
            <w:r>
              <w:rPr>
                <w:sz w:val="14"/>
              </w:rPr>
              <w:t xml:space="preserve"> al </w:t>
            </w:r>
            <w:proofErr w:type="spellStart"/>
            <w:r>
              <w:rPr>
                <w:sz w:val="14"/>
              </w:rPr>
              <w:t>creației</w:t>
            </w:r>
            <w:proofErr w:type="spellEnd"/>
            <w:r>
              <w:rPr>
                <w:sz w:val="14"/>
              </w:rPr>
              <w:t xml:space="preserve">: </w:t>
            </w:r>
            <w:proofErr w:type="spellStart"/>
            <w:r>
              <w:rPr>
                <w:sz w:val="14"/>
              </w:rPr>
              <w:t>Facerea</w:t>
            </w:r>
            <w:proofErr w:type="spellEnd"/>
            <w:r>
              <w:rPr>
                <w:sz w:val="14"/>
              </w:rPr>
              <w:t xml:space="preserve"> cap. 1–2; </w:t>
            </w:r>
            <w:proofErr w:type="spellStart"/>
            <w:r>
              <w:rPr>
                <w:sz w:val="14"/>
              </w:rPr>
              <w:t>providența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divină</w:t>
            </w:r>
            <w:proofErr w:type="spellEnd"/>
            <w:r>
              <w:rPr>
                <w:sz w:val="14"/>
              </w:rPr>
              <w:t>)</w:t>
            </w: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BE7D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42CEC17F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BE7D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10E20593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S5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BE7D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49FC831C" w14:textId="77777777" w:rsidR="004D3322" w:rsidRDefault="00F01237">
            <w:pPr>
              <w:spacing w:after="0" w:line="228" w:lineRule="auto"/>
              <w:jc w:val="center"/>
            </w:pPr>
            <w:r>
              <w:rPr>
                <w:sz w:val="14"/>
              </w:rPr>
              <w:t>05.10–09.10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BE7D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773EB78A" w14:textId="77777777" w:rsidR="004D3322" w:rsidRDefault="00F01237">
            <w:pPr>
              <w:spacing w:after="0" w:line="228" w:lineRule="auto"/>
              <w:jc w:val="center"/>
            </w:pPr>
            <w:r>
              <w:rPr>
                <w:sz w:val="13"/>
              </w:rPr>
              <w:t xml:space="preserve">05.10 – </w:t>
            </w:r>
            <w:proofErr w:type="spellStart"/>
            <w:r>
              <w:rPr>
                <w:sz w:val="13"/>
              </w:rPr>
              <w:t>Ziua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educației</w:t>
            </w:r>
            <w:proofErr w:type="spellEnd"/>
          </w:p>
        </w:tc>
      </w:tr>
      <w:tr w:rsidR="004D3322" w14:paraId="1DCD43C1" w14:textId="77777777">
        <w:trPr>
          <w:cantSplit/>
          <w:jc w:val="center"/>
        </w:trPr>
        <w:tc>
          <w:tcPr>
            <w:tcW w:w="56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BE7D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69F61745" w14:textId="77777777" w:rsidR="004D3322" w:rsidRDefault="004D3322"/>
        </w:tc>
        <w:tc>
          <w:tcPr>
            <w:tcW w:w="153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BE7D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20E79A38" w14:textId="77777777" w:rsidR="004D3322" w:rsidRDefault="004D3322"/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BE7D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70141C40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3"/>
              </w:rPr>
              <w:t>1.1; 1.2; 1.3</w:t>
            </w:r>
          </w:p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BE7D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4E8CAF25" w14:textId="77777777" w:rsidR="004D3322" w:rsidRDefault="00F01237">
            <w:pPr>
              <w:spacing w:after="0" w:line="228" w:lineRule="auto"/>
            </w:pPr>
            <w:r>
              <w:rPr>
                <w:b/>
                <w:sz w:val="14"/>
              </w:rPr>
              <w:t xml:space="preserve">4. De la chip la </w:t>
            </w:r>
            <w:proofErr w:type="spellStart"/>
            <w:r>
              <w:rPr>
                <w:b/>
                <w:sz w:val="14"/>
              </w:rPr>
              <w:t>asemănarea</w:t>
            </w:r>
            <w:proofErr w:type="spellEnd"/>
            <w:r>
              <w:rPr>
                <w:b/>
                <w:sz w:val="14"/>
              </w:rPr>
              <w:t xml:space="preserve"> cu </w:t>
            </w:r>
            <w:proofErr w:type="spellStart"/>
            <w:r>
              <w:rPr>
                <w:b/>
                <w:sz w:val="14"/>
              </w:rPr>
              <w:t>Dumnezeu</w:t>
            </w:r>
            <w:proofErr w:type="spellEnd"/>
            <w:r>
              <w:rPr>
                <w:sz w:val="14"/>
              </w:rPr>
              <w:t xml:space="preserve"> (</w:t>
            </w:r>
            <w:proofErr w:type="spellStart"/>
            <w:r>
              <w:rPr>
                <w:sz w:val="14"/>
              </w:rPr>
              <w:t>chipul</w:t>
            </w:r>
            <w:proofErr w:type="spellEnd"/>
            <w:r>
              <w:rPr>
                <w:sz w:val="14"/>
              </w:rPr>
              <w:t xml:space="preserve"> – </w:t>
            </w:r>
            <w:proofErr w:type="spellStart"/>
            <w:r>
              <w:rPr>
                <w:sz w:val="14"/>
              </w:rPr>
              <w:t>structura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persoanei</w:t>
            </w:r>
            <w:proofErr w:type="spellEnd"/>
            <w:r>
              <w:rPr>
                <w:sz w:val="14"/>
              </w:rPr>
              <w:t xml:space="preserve">; </w:t>
            </w:r>
            <w:proofErr w:type="spellStart"/>
            <w:r>
              <w:rPr>
                <w:sz w:val="14"/>
              </w:rPr>
              <w:t>asemănarea</w:t>
            </w:r>
            <w:proofErr w:type="spellEnd"/>
            <w:r>
              <w:rPr>
                <w:sz w:val="14"/>
              </w:rPr>
              <w:t xml:space="preserve"> – </w:t>
            </w:r>
            <w:proofErr w:type="spellStart"/>
            <w:r>
              <w:rPr>
                <w:sz w:val="14"/>
              </w:rPr>
              <w:t>scop</w:t>
            </w:r>
            <w:proofErr w:type="spellEnd"/>
            <w:r>
              <w:rPr>
                <w:sz w:val="14"/>
              </w:rPr>
              <w:t xml:space="preserve"> al </w:t>
            </w:r>
            <w:proofErr w:type="spellStart"/>
            <w:r>
              <w:rPr>
                <w:sz w:val="14"/>
              </w:rPr>
              <w:t>îndumnezeirii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prin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har</w:t>
            </w:r>
            <w:proofErr w:type="spellEnd"/>
            <w:r>
              <w:rPr>
                <w:sz w:val="14"/>
              </w:rPr>
              <w:t>)</w:t>
            </w: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BE7D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06280DDD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BE7D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49A88E95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S6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BE7D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6272C5EA" w14:textId="77777777" w:rsidR="004D3322" w:rsidRDefault="00F01237">
            <w:pPr>
              <w:spacing w:after="0" w:line="228" w:lineRule="auto"/>
              <w:jc w:val="center"/>
            </w:pPr>
            <w:r>
              <w:rPr>
                <w:sz w:val="14"/>
              </w:rPr>
              <w:t>12.10–16.10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BE7D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681F8F67" w14:textId="77777777" w:rsidR="004D3322" w:rsidRDefault="004D3322">
            <w:pPr>
              <w:spacing w:after="0" w:line="228" w:lineRule="auto"/>
              <w:jc w:val="center"/>
            </w:pPr>
          </w:p>
        </w:tc>
      </w:tr>
      <w:tr w:rsidR="004D3322" w14:paraId="19E670DA" w14:textId="77777777">
        <w:trPr>
          <w:cantSplit/>
          <w:jc w:val="center"/>
        </w:trPr>
        <w:tc>
          <w:tcPr>
            <w:tcW w:w="56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8E0CC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66ACF4B7" w14:textId="77777777" w:rsidR="004D3322" w:rsidRDefault="004D3322"/>
        </w:tc>
        <w:tc>
          <w:tcPr>
            <w:tcW w:w="153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8E0CC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1434F3C3" w14:textId="77777777" w:rsidR="004D3322" w:rsidRDefault="004D3322"/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8E0CC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4E784D2A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3"/>
              </w:rPr>
              <w:t>1.1; 1.2; 1.3</w:t>
            </w:r>
          </w:p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8E0CC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78352F7A" w14:textId="77777777" w:rsidR="004D3322" w:rsidRDefault="00F01237">
            <w:pPr>
              <w:spacing w:after="0" w:line="228" w:lineRule="auto"/>
            </w:pPr>
            <w:proofErr w:type="spellStart"/>
            <w:r>
              <w:rPr>
                <w:rFonts w:eastAsia="Arial"/>
                <w:b/>
                <w:sz w:val="15"/>
              </w:rPr>
              <w:t>Evaluare</w:t>
            </w:r>
            <w:proofErr w:type="spellEnd"/>
            <w:r>
              <w:rPr>
                <w:rFonts w:eastAsia="Arial"/>
                <w:b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b/>
                <w:sz w:val="15"/>
              </w:rPr>
              <w:t>sumativă</w:t>
            </w:r>
            <w:proofErr w:type="spellEnd"/>
            <w:r>
              <w:rPr>
                <w:rFonts w:eastAsia="Arial"/>
                <w:b/>
                <w:sz w:val="15"/>
              </w:rPr>
              <w:t xml:space="preserve"> – </w:t>
            </w:r>
            <w:proofErr w:type="spellStart"/>
            <w:r>
              <w:rPr>
                <w:rFonts w:eastAsia="Arial"/>
                <w:b/>
                <w:sz w:val="15"/>
              </w:rPr>
              <w:t>Modulul</w:t>
            </w:r>
            <w:proofErr w:type="spellEnd"/>
            <w:r>
              <w:rPr>
                <w:rFonts w:eastAsia="Arial"/>
                <w:b/>
                <w:sz w:val="15"/>
              </w:rPr>
              <w:t xml:space="preserve"> I (</w:t>
            </w:r>
            <w:proofErr w:type="spellStart"/>
            <w:r>
              <w:rPr>
                <w:rFonts w:eastAsia="Arial"/>
                <w:b/>
                <w:sz w:val="15"/>
              </w:rPr>
              <w:t>conținuturile</w:t>
            </w:r>
            <w:proofErr w:type="spellEnd"/>
            <w:r>
              <w:rPr>
                <w:rFonts w:eastAsia="Arial"/>
                <w:b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b/>
                <w:sz w:val="15"/>
              </w:rPr>
              <w:t>parcurse</w:t>
            </w:r>
            <w:proofErr w:type="spellEnd"/>
            <w:r>
              <w:rPr>
                <w:rFonts w:eastAsia="Arial"/>
                <w:b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b/>
                <w:sz w:val="15"/>
              </w:rPr>
              <w:t>în</w:t>
            </w:r>
            <w:proofErr w:type="spellEnd"/>
            <w:r>
              <w:rPr>
                <w:rFonts w:eastAsia="Arial"/>
                <w:b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b/>
                <w:sz w:val="15"/>
              </w:rPr>
              <w:t>modul</w:t>
            </w:r>
            <w:proofErr w:type="spellEnd"/>
            <w:r>
              <w:rPr>
                <w:rFonts w:eastAsia="Arial"/>
                <w:b/>
                <w:sz w:val="15"/>
              </w:rPr>
              <w:t>)</w:t>
            </w: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8E0CC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2B6B58C0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8E0CC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50389A49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S7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8E0CC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2683C8E0" w14:textId="77777777" w:rsidR="004D3322" w:rsidRDefault="00F01237">
            <w:pPr>
              <w:spacing w:after="0" w:line="228" w:lineRule="auto"/>
              <w:jc w:val="center"/>
            </w:pPr>
            <w:r>
              <w:rPr>
                <w:sz w:val="14"/>
              </w:rPr>
              <w:t>19.10–23.10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8E0CC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28BDF17F" w14:textId="77777777" w:rsidR="004D3322" w:rsidRDefault="004D3322">
            <w:pPr>
              <w:spacing w:after="0" w:line="228" w:lineRule="auto"/>
              <w:jc w:val="center"/>
            </w:pPr>
          </w:p>
        </w:tc>
      </w:tr>
      <w:tr w:rsidR="004D3322" w14:paraId="3F16986E" w14:textId="77777777">
        <w:trPr>
          <w:cantSplit/>
          <w:jc w:val="center"/>
        </w:trPr>
        <w:tc>
          <w:tcPr>
            <w:tcW w:w="10234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9E6F4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38841B43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i/>
                <w:sz w:val="15"/>
              </w:rPr>
              <w:t>VACANȚĂ 24.10.2026–01.11.2026</w:t>
            </w:r>
          </w:p>
        </w:tc>
      </w:tr>
      <w:tr w:rsidR="004D3322" w14:paraId="6E108706" w14:textId="77777777">
        <w:trPr>
          <w:cantSplit/>
          <w:jc w:val="center"/>
        </w:trPr>
        <w:tc>
          <w:tcPr>
            <w:tcW w:w="10234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243C7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60E28B8D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color w:val="FFFFFF"/>
                <w:sz w:val="16"/>
              </w:rPr>
              <w:t>MODULUL AL II-LEA</w:t>
            </w:r>
          </w:p>
        </w:tc>
      </w:tr>
      <w:tr w:rsidR="004D3322" w14:paraId="1C8D212E" w14:textId="77777777">
        <w:trPr>
          <w:cantSplit/>
          <w:jc w:val="center"/>
        </w:trPr>
        <w:tc>
          <w:tcPr>
            <w:tcW w:w="56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BE7D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0B18D31D" w14:textId="77777777" w:rsidR="004D3322" w:rsidRDefault="00F01237">
            <w:pPr>
              <w:spacing w:after="0" w:line="228" w:lineRule="auto"/>
              <w:jc w:val="center"/>
            </w:pPr>
            <w:r>
              <w:rPr>
                <w:rFonts w:eastAsia="Arial"/>
                <w:b/>
                <w:sz w:val="15"/>
              </w:rPr>
              <w:t>I</w:t>
            </w:r>
          </w:p>
        </w:tc>
        <w:tc>
          <w:tcPr>
            <w:tcW w:w="153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BE7D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5267C298" w14:textId="77777777" w:rsidR="004D3322" w:rsidRDefault="00F01237">
            <w:pPr>
              <w:spacing w:after="0" w:line="228" w:lineRule="auto"/>
              <w:jc w:val="center"/>
            </w:pPr>
            <w:proofErr w:type="spellStart"/>
            <w:r>
              <w:rPr>
                <w:rFonts w:eastAsia="Arial"/>
                <w:b/>
                <w:sz w:val="15"/>
              </w:rPr>
              <w:t>Hristos</w:t>
            </w:r>
            <w:proofErr w:type="spellEnd"/>
            <w:r>
              <w:rPr>
                <w:rFonts w:eastAsia="Arial"/>
                <w:b/>
                <w:sz w:val="15"/>
              </w:rPr>
              <w:t xml:space="preserve"> – </w:t>
            </w:r>
            <w:proofErr w:type="spellStart"/>
            <w:r>
              <w:rPr>
                <w:rFonts w:eastAsia="Arial"/>
                <w:b/>
                <w:sz w:val="15"/>
              </w:rPr>
              <w:t>Calea</w:t>
            </w:r>
            <w:proofErr w:type="spellEnd"/>
            <w:r>
              <w:rPr>
                <w:rFonts w:eastAsia="Arial"/>
                <w:b/>
                <w:sz w:val="15"/>
              </w:rPr>
              <w:t xml:space="preserve">, </w:t>
            </w:r>
            <w:proofErr w:type="spellStart"/>
            <w:r>
              <w:rPr>
                <w:rFonts w:eastAsia="Arial"/>
                <w:b/>
                <w:sz w:val="15"/>
              </w:rPr>
              <w:t>Adevărul</w:t>
            </w:r>
            <w:proofErr w:type="spellEnd"/>
            <w:r>
              <w:rPr>
                <w:rFonts w:eastAsia="Arial"/>
                <w:b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b/>
                <w:sz w:val="15"/>
              </w:rPr>
              <w:t>și</w:t>
            </w:r>
            <w:proofErr w:type="spellEnd"/>
            <w:r>
              <w:rPr>
                <w:rFonts w:eastAsia="Arial"/>
                <w:b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b/>
                <w:sz w:val="15"/>
              </w:rPr>
              <w:t>Viața</w:t>
            </w:r>
            <w:proofErr w:type="spellEnd"/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BE7D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71A130DC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3"/>
              </w:rPr>
              <w:t>1.1; 1.2; 1.3</w:t>
            </w:r>
          </w:p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BE7D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4FDC5A7D" w14:textId="77777777" w:rsidR="004D3322" w:rsidRDefault="00F01237">
            <w:pPr>
              <w:spacing w:after="0" w:line="228" w:lineRule="auto"/>
            </w:pPr>
            <w:r>
              <w:rPr>
                <w:b/>
                <w:sz w:val="14"/>
              </w:rPr>
              <w:t xml:space="preserve">5. </w:t>
            </w:r>
            <w:proofErr w:type="spellStart"/>
            <w:r>
              <w:rPr>
                <w:b/>
                <w:sz w:val="14"/>
              </w:rPr>
              <w:t>Hristos</w:t>
            </w:r>
            <w:proofErr w:type="spellEnd"/>
            <w:r>
              <w:rPr>
                <w:b/>
                <w:sz w:val="14"/>
              </w:rPr>
              <w:t xml:space="preserve"> – Lumina </w:t>
            </w:r>
            <w:proofErr w:type="spellStart"/>
            <w:r>
              <w:rPr>
                <w:b/>
                <w:sz w:val="14"/>
              </w:rPr>
              <w:t>lumii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și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Restauratorul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omului</w:t>
            </w:r>
            <w:proofErr w:type="spellEnd"/>
            <w:r>
              <w:rPr>
                <w:sz w:val="14"/>
              </w:rPr>
              <w:t xml:space="preserve"> (</w:t>
            </w:r>
            <w:proofErr w:type="spellStart"/>
            <w:r>
              <w:rPr>
                <w:sz w:val="14"/>
              </w:rPr>
              <w:t>venirea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Domnului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în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lume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Vestea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cea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Bună</w:t>
            </w:r>
            <w:proofErr w:type="spellEnd"/>
            <w:r>
              <w:rPr>
                <w:sz w:val="14"/>
              </w:rPr>
              <w:t>)</w:t>
            </w: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BE7D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53883CE9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BE7D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2C9585C5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S8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BE7D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7F39A935" w14:textId="77777777" w:rsidR="004D3322" w:rsidRDefault="00F01237">
            <w:pPr>
              <w:spacing w:after="0" w:line="228" w:lineRule="auto"/>
              <w:jc w:val="center"/>
            </w:pPr>
            <w:r>
              <w:rPr>
                <w:sz w:val="14"/>
              </w:rPr>
              <w:t>02.11–06.11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BE7D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621D63DE" w14:textId="77777777" w:rsidR="004D3322" w:rsidRDefault="004D3322">
            <w:pPr>
              <w:spacing w:after="0" w:line="228" w:lineRule="auto"/>
              <w:jc w:val="center"/>
            </w:pPr>
          </w:p>
        </w:tc>
      </w:tr>
      <w:tr w:rsidR="004D3322" w14:paraId="17E86508" w14:textId="77777777">
        <w:trPr>
          <w:cantSplit/>
          <w:jc w:val="center"/>
        </w:trPr>
        <w:tc>
          <w:tcPr>
            <w:tcW w:w="56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BE7D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6D3E99E8" w14:textId="77777777" w:rsidR="004D3322" w:rsidRDefault="004D3322"/>
        </w:tc>
        <w:tc>
          <w:tcPr>
            <w:tcW w:w="153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BE7D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15A33BF7" w14:textId="77777777" w:rsidR="004D3322" w:rsidRDefault="004D3322"/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BE7D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32402EC0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3"/>
              </w:rPr>
              <w:t xml:space="preserve">1.1; 1.2; </w:t>
            </w:r>
            <w:r>
              <w:rPr>
                <w:b/>
                <w:sz w:val="13"/>
              </w:rPr>
              <w:t>1.3</w:t>
            </w:r>
          </w:p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BE7D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634E422E" w14:textId="77777777" w:rsidR="004D3322" w:rsidRDefault="00F01237">
            <w:pPr>
              <w:spacing w:after="0" w:line="228" w:lineRule="auto"/>
            </w:pPr>
            <w:proofErr w:type="spellStart"/>
            <w:r>
              <w:rPr>
                <w:b/>
                <w:sz w:val="14"/>
              </w:rPr>
              <w:t>Recapitulare</w:t>
            </w:r>
            <w:proofErr w:type="spellEnd"/>
            <w:r>
              <w:rPr>
                <w:b/>
                <w:sz w:val="14"/>
              </w:rPr>
              <w:t xml:space="preserve"> – </w:t>
            </w:r>
            <w:proofErr w:type="spellStart"/>
            <w:r>
              <w:rPr>
                <w:b/>
                <w:sz w:val="14"/>
              </w:rPr>
              <w:t>Hristos</w:t>
            </w:r>
            <w:proofErr w:type="spellEnd"/>
            <w:r>
              <w:rPr>
                <w:b/>
                <w:sz w:val="14"/>
              </w:rPr>
              <w:t xml:space="preserve"> – </w:t>
            </w:r>
            <w:proofErr w:type="spellStart"/>
            <w:r>
              <w:rPr>
                <w:b/>
                <w:sz w:val="14"/>
              </w:rPr>
              <w:t>Calea</w:t>
            </w:r>
            <w:proofErr w:type="spellEnd"/>
            <w:r>
              <w:rPr>
                <w:b/>
                <w:sz w:val="14"/>
              </w:rPr>
              <w:t xml:space="preserve">, </w:t>
            </w:r>
            <w:proofErr w:type="spellStart"/>
            <w:r>
              <w:rPr>
                <w:b/>
                <w:sz w:val="14"/>
              </w:rPr>
              <w:t>Adevărul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și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Viața</w:t>
            </w:r>
            <w:proofErr w:type="spellEnd"/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BE7D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4C4DD506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BE7D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60F219C0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S9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BE7D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42D2BB08" w14:textId="77777777" w:rsidR="004D3322" w:rsidRDefault="00F01237">
            <w:pPr>
              <w:spacing w:after="0" w:line="228" w:lineRule="auto"/>
              <w:jc w:val="center"/>
            </w:pPr>
            <w:r>
              <w:rPr>
                <w:sz w:val="14"/>
              </w:rPr>
              <w:t>09.11–13.11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BE7D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295E0B68" w14:textId="77777777" w:rsidR="004D3322" w:rsidRDefault="004D3322">
            <w:pPr>
              <w:spacing w:after="0" w:line="228" w:lineRule="auto"/>
              <w:jc w:val="center"/>
            </w:pPr>
          </w:p>
        </w:tc>
      </w:tr>
      <w:tr w:rsidR="004D3322" w14:paraId="0D798377" w14:textId="77777777">
        <w:trPr>
          <w:cantSplit/>
          <w:jc w:val="center"/>
        </w:trPr>
        <w:tc>
          <w:tcPr>
            <w:tcW w:w="56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8E0CC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4978ABFD" w14:textId="77777777" w:rsidR="004D3322" w:rsidRDefault="004D3322"/>
        </w:tc>
        <w:tc>
          <w:tcPr>
            <w:tcW w:w="153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8E0CC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356AD8B6" w14:textId="77777777" w:rsidR="004D3322" w:rsidRDefault="004D3322"/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8E0CC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5F0882C0" w14:textId="77777777" w:rsidR="004D3322" w:rsidRDefault="00F01237">
            <w:pPr>
              <w:spacing w:after="0" w:line="228" w:lineRule="auto"/>
              <w:jc w:val="center"/>
            </w:pPr>
            <w:r>
              <w:rPr>
                <w:rFonts w:eastAsia="Arial"/>
                <w:b/>
                <w:sz w:val="15"/>
              </w:rPr>
              <w:t>1.1; 1.2; 1.3</w:t>
            </w:r>
          </w:p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8E0CC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648CE846" w14:textId="77777777" w:rsidR="004D3322" w:rsidRDefault="00F01237">
            <w:pPr>
              <w:spacing w:after="0" w:line="228" w:lineRule="auto"/>
            </w:pPr>
            <w:proofErr w:type="spellStart"/>
            <w:r>
              <w:rPr>
                <w:rFonts w:eastAsia="Arial"/>
                <w:b/>
                <w:sz w:val="15"/>
              </w:rPr>
              <w:t>Activități</w:t>
            </w:r>
            <w:proofErr w:type="spellEnd"/>
            <w:r>
              <w:rPr>
                <w:rFonts w:eastAsia="Arial"/>
                <w:b/>
                <w:sz w:val="15"/>
              </w:rPr>
              <w:t xml:space="preserve"> de </w:t>
            </w:r>
            <w:proofErr w:type="spellStart"/>
            <w:r>
              <w:rPr>
                <w:rFonts w:eastAsia="Arial"/>
                <w:b/>
                <w:sz w:val="15"/>
              </w:rPr>
              <w:t>consolidare</w:t>
            </w:r>
            <w:proofErr w:type="spellEnd"/>
            <w:r>
              <w:rPr>
                <w:rFonts w:eastAsia="Arial"/>
                <w:b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b/>
                <w:sz w:val="15"/>
              </w:rPr>
              <w:t>și</w:t>
            </w:r>
            <w:proofErr w:type="spellEnd"/>
            <w:r>
              <w:rPr>
                <w:rFonts w:eastAsia="Arial"/>
                <w:b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b/>
                <w:sz w:val="15"/>
              </w:rPr>
              <w:t>aprofundare</w:t>
            </w:r>
            <w:proofErr w:type="spellEnd"/>
            <w:r>
              <w:rPr>
                <w:rFonts w:eastAsia="Arial"/>
                <w:b/>
                <w:sz w:val="15"/>
              </w:rPr>
              <w:t xml:space="preserve"> – </w:t>
            </w:r>
            <w:proofErr w:type="spellStart"/>
            <w:r>
              <w:rPr>
                <w:rFonts w:eastAsia="Arial"/>
                <w:b/>
                <w:sz w:val="15"/>
              </w:rPr>
              <w:t>Hristos</w:t>
            </w:r>
            <w:proofErr w:type="spellEnd"/>
            <w:r>
              <w:rPr>
                <w:rFonts w:eastAsia="Arial"/>
                <w:b/>
                <w:sz w:val="15"/>
              </w:rPr>
              <w:t xml:space="preserve"> – </w:t>
            </w:r>
            <w:proofErr w:type="spellStart"/>
            <w:r>
              <w:rPr>
                <w:rFonts w:eastAsia="Arial"/>
                <w:b/>
                <w:sz w:val="15"/>
              </w:rPr>
              <w:t>Calea</w:t>
            </w:r>
            <w:proofErr w:type="spellEnd"/>
            <w:r>
              <w:rPr>
                <w:rFonts w:eastAsia="Arial"/>
                <w:b/>
                <w:sz w:val="15"/>
              </w:rPr>
              <w:t xml:space="preserve">, </w:t>
            </w:r>
            <w:proofErr w:type="spellStart"/>
            <w:r>
              <w:rPr>
                <w:rFonts w:eastAsia="Arial"/>
                <w:b/>
                <w:sz w:val="15"/>
              </w:rPr>
              <w:t>Adevărul</w:t>
            </w:r>
            <w:proofErr w:type="spellEnd"/>
            <w:r>
              <w:rPr>
                <w:rFonts w:eastAsia="Arial"/>
                <w:b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b/>
                <w:sz w:val="15"/>
              </w:rPr>
              <w:t>și</w:t>
            </w:r>
            <w:proofErr w:type="spellEnd"/>
            <w:r>
              <w:rPr>
                <w:rFonts w:eastAsia="Arial"/>
                <w:b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b/>
                <w:sz w:val="15"/>
              </w:rPr>
              <w:t>Viața</w:t>
            </w:r>
            <w:proofErr w:type="spellEnd"/>
            <w:r>
              <w:rPr>
                <w:rFonts w:eastAsia="Arial"/>
                <w:b/>
                <w:sz w:val="15"/>
              </w:rPr>
              <w:t>*</w:t>
            </w: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8E0CC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0CB7AE2F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8E0CC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7DA1F200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S10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8E0CC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48CDDB4B" w14:textId="77777777" w:rsidR="004D3322" w:rsidRDefault="00F01237">
            <w:pPr>
              <w:spacing w:after="0" w:line="228" w:lineRule="auto"/>
              <w:jc w:val="center"/>
            </w:pPr>
            <w:r>
              <w:rPr>
                <w:sz w:val="14"/>
              </w:rPr>
              <w:t>16.11–20.11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8E0CC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1C62984D" w14:textId="77777777" w:rsidR="004D3322" w:rsidRDefault="004D3322">
            <w:pPr>
              <w:spacing w:after="0" w:line="228" w:lineRule="auto"/>
              <w:jc w:val="center"/>
            </w:pPr>
          </w:p>
        </w:tc>
      </w:tr>
      <w:tr w:rsidR="004D3322" w14:paraId="032404BA" w14:textId="77777777">
        <w:trPr>
          <w:cantSplit/>
          <w:jc w:val="center"/>
        </w:trPr>
        <w:tc>
          <w:tcPr>
            <w:tcW w:w="10234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F4C2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09B51645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i/>
                <w:sz w:val="14"/>
              </w:rPr>
              <w:t>Ș</w:t>
            </w:r>
            <w:r>
              <w:rPr>
                <w:b/>
                <w:i/>
                <w:sz w:val="14"/>
              </w:rPr>
              <w:t xml:space="preserve">COALA ALTFEL – </w:t>
            </w:r>
            <w:proofErr w:type="spellStart"/>
            <w:r>
              <w:rPr>
                <w:b/>
                <w:i/>
                <w:sz w:val="14"/>
              </w:rPr>
              <w:t>activități</w:t>
            </w:r>
            <w:proofErr w:type="spellEnd"/>
            <w:r>
              <w:rPr>
                <w:b/>
                <w:i/>
                <w:sz w:val="14"/>
              </w:rPr>
              <w:t xml:space="preserve"> educative </w:t>
            </w:r>
            <w:proofErr w:type="spellStart"/>
            <w:r>
              <w:rPr>
                <w:b/>
                <w:i/>
                <w:sz w:val="14"/>
              </w:rPr>
              <w:t>interdisciplinare</w:t>
            </w:r>
            <w:proofErr w:type="spellEnd"/>
            <w:r>
              <w:rPr>
                <w:b/>
                <w:i/>
                <w:sz w:val="14"/>
              </w:rPr>
              <w:t xml:space="preserve"> | 1 </w:t>
            </w:r>
            <w:proofErr w:type="spellStart"/>
            <w:r>
              <w:rPr>
                <w:b/>
                <w:i/>
                <w:sz w:val="14"/>
              </w:rPr>
              <w:t>oră</w:t>
            </w:r>
            <w:proofErr w:type="spellEnd"/>
            <w:r>
              <w:rPr>
                <w:b/>
                <w:i/>
                <w:sz w:val="14"/>
              </w:rPr>
              <w:t xml:space="preserve"> | S11</w:t>
            </w:r>
            <w:r>
              <w:rPr>
                <w:b/>
                <w:i/>
                <w:sz w:val="14"/>
              </w:rPr>
              <w:t xml:space="preserve"> | 23.11–27.11 | </w:t>
            </w:r>
            <w:proofErr w:type="spellStart"/>
            <w:r>
              <w:rPr>
                <w:b/>
                <w:i/>
                <w:sz w:val="14"/>
              </w:rPr>
              <w:t>Perioadă</w:t>
            </w:r>
            <w:proofErr w:type="spellEnd"/>
            <w:r>
              <w:rPr>
                <w:b/>
                <w:i/>
                <w:sz w:val="14"/>
              </w:rPr>
              <w:t xml:space="preserve"> </w:t>
            </w:r>
            <w:proofErr w:type="spellStart"/>
            <w:r>
              <w:rPr>
                <w:b/>
                <w:i/>
                <w:sz w:val="14"/>
              </w:rPr>
              <w:t>propusă</w:t>
            </w:r>
            <w:proofErr w:type="spellEnd"/>
          </w:p>
        </w:tc>
      </w:tr>
      <w:tr w:rsidR="004D3322" w14:paraId="50BB9316" w14:textId="77777777">
        <w:trPr>
          <w:cantSplit/>
          <w:jc w:val="center"/>
        </w:trPr>
        <w:tc>
          <w:tcPr>
            <w:tcW w:w="56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6D7E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17D5F4C4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II</w:t>
            </w:r>
          </w:p>
        </w:tc>
        <w:tc>
          <w:tcPr>
            <w:tcW w:w="153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6D7E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061BC898" w14:textId="77777777" w:rsidR="004D3322" w:rsidRDefault="00F01237">
            <w:pPr>
              <w:spacing w:after="0" w:line="228" w:lineRule="auto"/>
              <w:jc w:val="center"/>
            </w:pPr>
            <w:proofErr w:type="spellStart"/>
            <w:r>
              <w:rPr>
                <w:b/>
                <w:sz w:val="14"/>
              </w:rPr>
              <w:t>Comunitatea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religioasă</w:t>
            </w:r>
            <w:proofErr w:type="spellEnd"/>
            <w:r>
              <w:rPr>
                <w:b/>
                <w:sz w:val="14"/>
              </w:rPr>
              <w:t xml:space="preserve"> – </w:t>
            </w:r>
            <w:proofErr w:type="spellStart"/>
            <w:r>
              <w:rPr>
                <w:b/>
                <w:sz w:val="14"/>
              </w:rPr>
              <w:t>identitate</w:t>
            </w:r>
            <w:proofErr w:type="spellEnd"/>
            <w:r>
              <w:rPr>
                <w:b/>
                <w:sz w:val="14"/>
              </w:rPr>
              <w:t xml:space="preserve">, </w:t>
            </w:r>
            <w:proofErr w:type="spellStart"/>
            <w:r>
              <w:rPr>
                <w:b/>
                <w:sz w:val="14"/>
              </w:rPr>
              <w:t>responsabilitate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și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bucuria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mărturisirii</w:t>
            </w:r>
            <w:proofErr w:type="spellEnd"/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6D7E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72EB1AF9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3"/>
              </w:rPr>
              <w:t>3.1; 3.2; 3.3</w:t>
            </w:r>
          </w:p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6D7E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4076C5A8" w14:textId="77777777" w:rsidR="004D3322" w:rsidRDefault="00F01237">
            <w:pPr>
              <w:spacing w:after="0" w:line="228" w:lineRule="auto"/>
            </w:pPr>
            <w:r>
              <w:rPr>
                <w:b/>
                <w:sz w:val="14"/>
              </w:rPr>
              <w:t xml:space="preserve">1. </w:t>
            </w:r>
            <w:proofErr w:type="spellStart"/>
            <w:r>
              <w:rPr>
                <w:b/>
                <w:sz w:val="14"/>
              </w:rPr>
              <w:t>Decalogul</w:t>
            </w:r>
            <w:proofErr w:type="spellEnd"/>
            <w:r>
              <w:rPr>
                <w:b/>
                <w:sz w:val="14"/>
              </w:rPr>
              <w:t xml:space="preserve"> – </w:t>
            </w:r>
            <w:proofErr w:type="spellStart"/>
            <w:r>
              <w:rPr>
                <w:b/>
                <w:sz w:val="14"/>
              </w:rPr>
              <w:t>temei</w:t>
            </w:r>
            <w:proofErr w:type="spellEnd"/>
            <w:r>
              <w:rPr>
                <w:b/>
                <w:sz w:val="14"/>
              </w:rPr>
              <w:t xml:space="preserve"> al </w:t>
            </w:r>
            <w:proofErr w:type="spellStart"/>
            <w:r>
              <w:rPr>
                <w:b/>
                <w:sz w:val="14"/>
              </w:rPr>
              <w:t>normativității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personale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și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comunitare</w:t>
            </w:r>
            <w:proofErr w:type="spellEnd"/>
            <w:r>
              <w:rPr>
                <w:sz w:val="14"/>
              </w:rPr>
              <w:t xml:space="preserve"> (I) (</w:t>
            </w:r>
            <w:proofErr w:type="spellStart"/>
            <w:r>
              <w:rPr>
                <w:sz w:val="14"/>
              </w:rPr>
              <w:t>invitație</w:t>
            </w:r>
            <w:proofErr w:type="spellEnd"/>
            <w:r>
              <w:rPr>
                <w:sz w:val="14"/>
              </w:rPr>
              <w:t xml:space="preserve"> la respect, </w:t>
            </w:r>
            <w:proofErr w:type="spellStart"/>
            <w:r>
              <w:rPr>
                <w:sz w:val="14"/>
              </w:rPr>
              <w:t>responsabilitate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și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integritate</w:t>
            </w:r>
            <w:proofErr w:type="spellEnd"/>
            <w:r>
              <w:rPr>
                <w:sz w:val="14"/>
              </w:rPr>
              <w:t>)</w:t>
            </w: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6D7E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278999F8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6D7E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64E4940F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S12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6D7E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301102E7" w14:textId="77777777" w:rsidR="004D3322" w:rsidRDefault="00F01237">
            <w:pPr>
              <w:spacing w:after="0" w:line="228" w:lineRule="auto"/>
              <w:jc w:val="center"/>
            </w:pPr>
            <w:r>
              <w:rPr>
                <w:sz w:val="14"/>
              </w:rPr>
              <w:t>30.11–04.12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6D7E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17A930A3" w14:textId="77777777" w:rsidR="004D3322" w:rsidRDefault="00F01237">
            <w:pPr>
              <w:spacing w:after="0" w:line="228" w:lineRule="auto"/>
              <w:jc w:val="center"/>
            </w:pPr>
            <w:r>
              <w:rPr>
                <w:sz w:val="13"/>
              </w:rPr>
              <w:t xml:space="preserve">30.11 </w:t>
            </w:r>
            <w:proofErr w:type="spellStart"/>
            <w:r>
              <w:rPr>
                <w:sz w:val="13"/>
              </w:rPr>
              <w:t>ș</w:t>
            </w:r>
            <w:r>
              <w:rPr>
                <w:sz w:val="13"/>
              </w:rPr>
              <w:t>i</w:t>
            </w:r>
            <w:proofErr w:type="spellEnd"/>
            <w:r>
              <w:rPr>
                <w:sz w:val="13"/>
              </w:rPr>
              <w:t xml:space="preserve"> 01.12 – </w:t>
            </w:r>
            <w:proofErr w:type="spellStart"/>
            <w:r>
              <w:rPr>
                <w:sz w:val="13"/>
              </w:rPr>
              <w:t>zile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nelucrătoare</w:t>
            </w:r>
            <w:proofErr w:type="spellEnd"/>
          </w:p>
        </w:tc>
      </w:tr>
      <w:tr w:rsidR="004D3322" w14:paraId="1871A264" w14:textId="77777777">
        <w:trPr>
          <w:cantSplit/>
          <w:jc w:val="center"/>
        </w:trPr>
        <w:tc>
          <w:tcPr>
            <w:tcW w:w="56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6D7E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4706A3D6" w14:textId="77777777" w:rsidR="004D3322" w:rsidRDefault="004D3322"/>
        </w:tc>
        <w:tc>
          <w:tcPr>
            <w:tcW w:w="153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6D7E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64C81159" w14:textId="77777777" w:rsidR="004D3322" w:rsidRDefault="004D3322"/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6D7E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6A4E5D8B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3"/>
              </w:rPr>
              <w:t>3.1; 3.2; 3.3</w:t>
            </w:r>
          </w:p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6D7E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5B679202" w14:textId="77777777" w:rsidR="004D3322" w:rsidRDefault="00F01237">
            <w:pPr>
              <w:spacing w:after="0" w:line="228" w:lineRule="auto"/>
            </w:pPr>
            <w:r>
              <w:rPr>
                <w:b/>
                <w:sz w:val="14"/>
              </w:rPr>
              <w:t xml:space="preserve">2. </w:t>
            </w:r>
            <w:proofErr w:type="spellStart"/>
            <w:r>
              <w:rPr>
                <w:b/>
                <w:sz w:val="14"/>
              </w:rPr>
              <w:t>Decalogul</w:t>
            </w:r>
            <w:proofErr w:type="spellEnd"/>
            <w:r>
              <w:rPr>
                <w:b/>
                <w:sz w:val="14"/>
              </w:rPr>
              <w:t xml:space="preserve"> – </w:t>
            </w:r>
            <w:proofErr w:type="spellStart"/>
            <w:r>
              <w:rPr>
                <w:b/>
                <w:sz w:val="14"/>
              </w:rPr>
              <w:t>temei</w:t>
            </w:r>
            <w:proofErr w:type="spellEnd"/>
            <w:r>
              <w:rPr>
                <w:b/>
                <w:sz w:val="14"/>
              </w:rPr>
              <w:t xml:space="preserve"> al </w:t>
            </w:r>
            <w:proofErr w:type="spellStart"/>
            <w:r>
              <w:rPr>
                <w:b/>
                <w:sz w:val="14"/>
              </w:rPr>
              <w:t>normativității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personale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și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comunitare</w:t>
            </w:r>
            <w:proofErr w:type="spellEnd"/>
            <w:r>
              <w:rPr>
                <w:sz w:val="14"/>
              </w:rPr>
              <w:t xml:space="preserve"> (II) (</w:t>
            </w:r>
            <w:proofErr w:type="spellStart"/>
            <w:r>
              <w:rPr>
                <w:sz w:val="14"/>
              </w:rPr>
              <w:t>invitație</w:t>
            </w:r>
            <w:proofErr w:type="spellEnd"/>
            <w:r>
              <w:rPr>
                <w:sz w:val="14"/>
              </w:rPr>
              <w:t xml:space="preserve"> la respect, </w:t>
            </w:r>
            <w:proofErr w:type="spellStart"/>
            <w:r>
              <w:rPr>
                <w:sz w:val="14"/>
              </w:rPr>
              <w:t>responsabilitate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și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integritate</w:t>
            </w:r>
            <w:proofErr w:type="spellEnd"/>
            <w:r>
              <w:rPr>
                <w:sz w:val="14"/>
              </w:rPr>
              <w:t>)</w:t>
            </w: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6D7E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2F5941E0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6D7E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0E40FE7A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S13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6D7E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6E6F4876" w14:textId="77777777" w:rsidR="004D3322" w:rsidRDefault="00F01237">
            <w:pPr>
              <w:spacing w:after="0" w:line="228" w:lineRule="auto"/>
              <w:jc w:val="center"/>
            </w:pPr>
            <w:r>
              <w:rPr>
                <w:sz w:val="14"/>
              </w:rPr>
              <w:t>07.12–11.12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6D7E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3E3BD546" w14:textId="77777777" w:rsidR="004D3322" w:rsidRDefault="004D3322">
            <w:pPr>
              <w:spacing w:after="0" w:line="228" w:lineRule="auto"/>
              <w:jc w:val="center"/>
            </w:pPr>
          </w:p>
        </w:tc>
      </w:tr>
      <w:tr w:rsidR="004D3322" w14:paraId="2C9439CC" w14:textId="77777777">
        <w:trPr>
          <w:cantSplit/>
          <w:jc w:val="center"/>
        </w:trPr>
        <w:tc>
          <w:tcPr>
            <w:tcW w:w="56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6D7E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5A6FA680" w14:textId="77777777" w:rsidR="004D3322" w:rsidRDefault="004D3322"/>
        </w:tc>
        <w:tc>
          <w:tcPr>
            <w:tcW w:w="153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6D7E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085363FB" w14:textId="77777777" w:rsidR="004D3322" w:rsidRDefault="004D3322"/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6D7E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022F41BE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3"/>
              </w:rPr>
              <w:t>3.1; 3.2; 3.3</w:t>
            </w:r>
          </w:p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6D7E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69F9DA48" w14:textId="77777777" w:rsidR="004D3322" w:rsidRDefault="00F01237">
            <w:pPr>
              <w:spacing w:after="0" w:line="228" w:lineRule="auto"/>
            </w:pPr>
            <w:r>
              <w:rPr>
                <w:b/>
                <w:sz w:val="14"/>
              </w:rPr>
              <w:t xml:space="preserve">3. </w:t>
            </w:r>
            <w:proofErr w:type="spellStart"/>
            <w:r>
              <w:rPr>
                <w:b/>
                <w:sz w:val="14"/>
              </w:rPr>
              <w:t>Evanghelia</w:t>
            </w:r>
            <w:proofErr w:type="spellEnd"/>
            <w:r>
              <w:rPr>
                <w:b/>
                <w:sz w:val="14"/>
              </w:rPr>
              <w:t xml:space="preserve"> – </w:t>
            </w:r>
            <w:proofErr w:type="spellStart"/>
            <w:r>
              <w:rPr>
                <w:b/>
                <w:sz w:val="14"/>
              </w:rPr>
              <w:t>izvor</w:t>
            </w:r>
            <w:proofErr w:type="spellEnd"/>
            <w:r>
              <w:rPr>
                <w:b/>
                <w:sz w:val="14"/>
              </w:rPr>
              <w:t xml:space="preserve"> de </w:t>
            </w:r>
            <w:r>
              <w:rPr>
                <w:b/>
                <w:sz w:val="14"/>
              </w:rPr>
              <w:t xml:space="preserve">pace, </w:t>
            </w:r>
            <w:proofErr w:type="spellStart"/>
            <w:r>
              <w:rPr>
                <w:b/>
                <w:sz w:val="14"/>
              </w:rPr>
              <w:t>reconciliere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și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conviețuire</w:t>
            </w:r>
            <w:proofErr w:type="spellEnd"/>
            <w:r>
              <w:rPr>
                <w:sz w:val="14"/>
              </w:rPr>
              <w:t xml:space="preserve"> (</w:t>
            </w:r>
            <w:proofErr w:type="spellStart"/>
            <w:r>
              <w:rPr>
                <w:sz w:val="14"/>
              </w:rPr>
              <w:t>Predica</w:t>
            </w:r>
            <w:proofErr w:type="spellEnd"/>
            <w:r>
              <w:rPr>
                <w:sz w:val="14"/>
              </w:rPr>
              <w:t xml:space="preserve"> de </w:t>
            </w:r>
            <w:proofErr w:type="spellStart"/>
            <w:r>
              <w:rPr>
                <w:sz w:val="14"/>
              </w:rPr>
              <w:t>pe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munte</w:t>
            </w:r>
            <w:proofErr w:type="spellEnd"/>
            <w:r>
              <w:rPr>
                <w:sz w:val="14"/>
              </w:rPr>
              <w:t xml:space="preserve"> – </w:t>
            </w:r>
            <w:proofErr w:type="spellStart"/>
            <w:r>
              <w:rPr>
                <w:sz w:val="14"/>
              </w:rPr>
              <w:t>îndemn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spre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viață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curată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smerită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și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iubitoare</w:t>
            </w:r>
            <w:proofErr w:type="spellEnd"/>
            <w:r>
              <w:rPr>
                <w:sz w:val="14"/>
              </w:rPr>
              <w:t>)</w:t>
            </w: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6D7E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3137E835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6D7E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48D400E3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S14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6D7E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0832D0D2" w14:textId="77777777" w:rsidR="004D3322" w:rsidRDefault="00F01237">
            <w:pPr>
              <w:spacing w:after="0" w:line="228" w:lineRule="auto"/>
              <w:jc w:val="center"/>
            </w:pPr>
            <w:r>
              <w:rPr>
                <w:sz w:val="14"/>
              </w:rPr>
              <w:t>14.12–18.12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6D7E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2081BF4A" w14:textId="77777777" w:rsidR="004D3322" w:rsidRDefault="004D3322">
            <w:pPr>
              <w:spacing w:after="0" w:line="228" w:lineRule="auto"/>
              <w:jc w:val="center"/>
            </w:pPr>
          </w:p>
        </w:tc>
      </w:tr>
      <w:tr w:rsidR="004D3322" w14:paraId="21E1B185" w14:textId="77777777">
        <w:trPr>
          <w:cantSplit/>
          <w:jc w:val="center"/>
        </w:trPr>
        <w:tc>
          <w:tcPr>
            <w:tcW w:w="56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4D0E3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4D7A1EA0" w14:textId="77777777" w:rsidR="004D3322" w:rsidRDefault="004D3322"/>
        </w:tc>
        <w:tc>
          <w:tcPr>
            <w:tcW w:w="153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4D0E3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60F5BFF5" w14:textId="77777777" w:rsidR="004D3322" w:rsidRDefault="004D3322"/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4D0E3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4ED2000E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3"/>
              </w:rPr>
              <w:t>3.1; 3.2; 3.3</w:t>
            </w:r>
          </w:p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4D0E3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6959020F" w14:textId="77777777" w:rsidR="004D3322" w:rsidRDefault="00F01237">
            <w:pPr>
              <w:spacing w:after="0" w:line="228" w:lineRule="auto"/>
            </w:pPr>
            <w:proofErr w:type="spellStart"/>
            <w:r>
              <w:rPr>
                <w:rFonts w:eastAsia="Arial"/>
                <w:b/>
                <w:sz w:val="15"/>
              </w:rPr>
              <w:t>Evaluare</w:t>
            </w:r>
            <w:proofErr w:type="spellEnd"/>
            <w:r>
              <w:rPr>
                <w:rFonts w:eastAsia="Arial"/>
                <w:b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b/>
                <w:sz w:val="15"/>
              </w:rPr>
              <w:t>sumativă</w:t>
            </w:r>
            <w:proofErr w:type="spellEnd"/>
            <w:r>
              <w:rPr>
                <w:rFonts w:eastAsia="Arial"/>
                <w:b/>
                <w:sz w:val="15"/>
              </w:rPr>
              <w:t xml:space="preserve"> – </w:t>
            </w:r>
            <w:proofErr w:type="spellStart"/>
            <w:r>
              <w:rPr>
                <w:rFonts w:eastAsia="Arial"/>
                <w:b/>
                <w:sz w:val="15"/>
              </w:rPr>
              <w:t>Modulul</w:t>
            </w:r>
            <w:proofErr w:type="spellEnd"/>
            <w:r>
              <w:rPr>
                <w:rFonts w:eastAsia="Arial"/>
                <w:b/>
                <w:sz w:val="15"/>
              </w:rPr>
              <w:t xml:space="preserve"> al II-lea (</w:t>
            </w:r>
            <w:proofErr w:type="spellStart"/>
            <w:r>
              <w:rPr>
                <w:rFonts w:eastAsia="Arial"/>
                <w:b/>
                <w:sz w:val="15"/>
              </w:rPr>
              <w:t>conținuturile</w:t>
            </w:r>
            <w:proofErr w:type="spellEnd"/>
            <w:r>
              <w:rPr>
                <w:rFonts w:eastAsia="Arial"/>
                <w:b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b/>
                <w:sz w:val="15"/>
              </w:rPr>
              <w:t>parcurse</w:t>
            </w:r>
            <w:proofErr w:type="spellEnd"/>
            <w:r>
              <w:rPr>
                <w:rFonts w:eastAsia="Arial"/>
                <w:b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b/>
                <w:sz w:val="15"/>
              </w:rPr>
              <w:t>în</w:t>
            </w:r>
            <w:proofErr w:type="spellEnd"/>
            <w:r>
              <w:rPr>
                <w:rFonts w:eastAsia="Arial"/>
                <w:b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b/>
                <w:sz w:val="15"/>
              </w:rPr>
              <w:t>modul</w:t>
            </w:r>
            <w:proofErr w:type="spellEnd"/>
            <w:r>
              <w:rPr>
                <w:rFonts w:eastAsia="Arial"/>
                <w:b/>
                <w:sz w:val="15"/>
              </w:rPr>
              <w:t>)</w:t>
            </w: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4D0E3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16B0E5A6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4D0E3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1B66CFDF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S15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4D0E3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52416B30" w14:textId="77777777" w:rsidR="004D3322" w:rsidRDefault="00F01237">
            <w:pPr>
              <w:spacing w:after="0" w:line="228" w:lineRule="auto"/>
              <w:jc w:val="center"/>
            </w:pPr>
            <w:r>
              <w:rPr>
                <w:sz w:val="14"/>
              </w:rPr>
              <w:t>21.12–22.12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4D0E3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32B9EDB9" w14:textId="77777777" w:rsidR="004D3322" w:rsidRDefault="00F01237">
            <w:pPr>
              <w:spacing w:after="0" w:line="228" w:lineRule="auto"/>
              <w:jc w:val="center"/>
            </w:pPr>
            <w:proofErr w:type="spellStart"/>
            <w:r>
              <w:rPr>
                <w:sz w:val="13"/>
              </w:rPr>
              <w:t>Săptămână</w:t>
            </w:r>
            <w:proofErr w:type="spellEnd"/>
            <w:r>
              <w:rPr>
                <w:sz w:val="13"/>
              </w:rPr>
              <w:t xml:space="preserve"> de </w:t>
            </w:r>
            <w:proofErr w:type="spellStart"/>
            <w:r>
              <w:rPr>
                <w:sz w:val="13"/>
              </w:rPr>
              <w:t>cursuri</w:t>
            </w:r>
            <w:proofErr w:type="spellEnd"/>
            <w:r>
              <w:rPr>
                <w:sz w:val="13"/>
              </w:rPr>
              <w:t xml:space="preserve">: </w:t>
            </w:r>
            <w:r>
              <w:rPr>
                <w:sz w:val="13"/>
              </w:rPr>
              <w:t>21–22.12</w:t>
            </w:r>
          </w:p>
        </w:tc>
      </w:tr>
      <w:tr w:rsidR="004D3322" w14:paraId="1711B051" w14:textId="77777777">
        <w:trPr>
          <w:cantSplit/>
          <w:jc w:val="center"/>
        </w:trPr>
        <w:tc>
          <w:tcPr>
            <w:tcW w:w="10234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9E6F4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6A63F097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i/>
                <w:sz w:val="15"/>
              </w:rPr>
              <w:t>VACANȚĂ 23.12.2026–10.01.2027</w:t>
            </w:r>
          </w:p>
        </w:tc>
      </w:tr>
      <w:tr w:rsidR="004D3322" w14:paraId="2128026F" w14:textId="77777777">
        <w:trPr>
          <w:cantSplit/>
          <w:jc w:val="center"/>
        </w:trPr>
        <w:tc>
          <w:tcPr>
            <w:tcW w:w="10234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2A7B60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1CA5D6A4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color w:val="FFFFFF"/>
                <w:sz w:val="16"/>
              </w:rPr>
              <w:t>MODULUL AL III-LEA</w:t>
            </w:r>
          </w:p>
        </w:tc>
      </w:tr>
      <w:tr w:rsidR="004D3322" w14:paraId="5AB627DF" w14:textId="77777777">
        <w:trPr>
          <w:cantSplit/>
          <w:jc w:val="center"/>
        </w:trPr>
        <w:tc>
          <w:tcPr>
            <w:tcW w:w="56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6D7E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16F22049" w14:textId="77777777" w:rsidR="004D3322" w:rsidRDefault="00F01237">
            <w:pPr>
              <w:spacing w:after="0" w:line="228" w:lineRule="auto"/>
              <w:jc w:val="center"/>
            </w:pPr>
            <w:r>
              <w:rPr>
                <w:rFonts w:eastAsia="Arial"/>
                <w:b/>
                <w:sz w:val="15"/>
              </w:rPr>
              <w:t>II</w:t>
            </w:r>
          </w:p>
        </w:tc>
        <w:tc>
          <w:tcPr>
            <w:tcW w:w="153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6D7E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61CD60B1" w14:textId="77777777" w:rsidR="004D3322" w:rsidRDefault="00F01237">
            <w:pPr>
              <w:spacing w:after="0" w:line="228" w:lineRule="auto"/>
              <w:jc w:val="center"/>
            </w:pPr>
            <w:proofErr w:type="spellStart"/>
            <w:r>
              <w:rPr>
                <w:rFonts w:eastAsia="Arial"/>
                <w:b/>
                <w:sz w:val="15"/>
              </w:rPr>
              <w:t>Comunitatea</w:t>
            </w:r>
            <w:proofErr w:type="spellEnd"/>
            <w:r>
              <w:rPr>
                <w:rFonts w:eastAsia="Arial"/>
                <w:b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b/>
                <w:sz w:val="15"/>
              </w:rPr>
              <w:t>religioasă</w:t>
            </w:r>
            <w:proofErr w:type="spellEnd"/>
            <w:r>
              <w:rPr>
                <w:rFonts w:eastAsia="Arial"/>
                <w:b/>
                <w:sz w:val="15"/>
              </w:rPr>
              <w:t xml:space="preserve"> – </w:t>
            </w:r>
            <w:proofErr w:type="spellStart"/>
            <w:r>
              <w:rPr>
                <w:rFonts w:eastAsia="Arial"/>
                <w:b/>
                <w:sz w:val="15"/>
              </w:rPr>
              <w:t>identitate</w:t>
            </w:r>
            <w:proofErr w:type="spellEnd"/>
            <w:r>
              <w:rPr>
                <w:rFonts w:eastAsia="Arial"/>
                <w:b/>
                <w:sz w:val="15"/>
              </w:rPr>
              <w:t xml:space="preserve">, </w:t>
            </w:r>
            <w:proofErr w:type="spellStart"/>
            <w:r>
              <w:rPr>
                <w:rFonts w:eastAsia="Arial"/>
                <w:b/>
                <w:sz w:val="15"/>
              </w:rPr>
              <w:t>responsabilitate</w:t>
            </w:r>
            <w:proofErr w:type="spellEnd"/>
            <w:r>
              <w:rPr>
                <w:rFonts w:eastAsia="Arial"/>
                <w:b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b/>
                <w:sz w:val="15"/>
              </w:rPr>
              <w:t>și</w:t>
            </w:r>
            <w:proofErr w:type="spellEnd"/>
            <w:r>
              <w:rPr>
                <w:rFonts w:eastAsia="Arial"/>
                <w:b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b/>
                <w:sz w:val="15"/>
              </w:rPr>
              <w:t>bucuria</w:t>
            </w:r>
            <w:proofErr w:type="spellEnd"/>
            <w:r>
              <w:rPr>
                <w:rFonts w:eastAsia="Arial"/>
                <w:b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b/>
                <w:sz w:val="15"/>
              </w:rPr>
              <w:t>mărturisirii</w:t>
            </w:r>
            <w:proofErr w:type="spellEnd"/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6D7E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1F034DC7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3"/>
              </w:rPr>
              <w:t>3.1; 3.2; 3.3</w:t>
            </w:r>
          </w:p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6D7E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5CCB9F36" w14:textId="77777777" w:rsidR="004D3322" w:rsidRDefault="00F01237">
            <w:pPr>
              <w:spacing w:after="0" w:line="228" w:lineRule="auto"/>
            </w:pPr>
            <w:proofErr w:type="spellStart"/>
            <w:r>
              <w:rPr>
                <w:b/>
                <w:sz w:val="14"/>
              </w:rPr>
              <w:t>Recapitulare</w:t>
            </w:r>
            <w:proofErr w:type="spellEnd"/>
            <w:r>
              <w:rPr>
                <w:b/>
                <w:sz w:val="14"/>
              </w:rPr>
              <w:t xml:space="preserve"> – </w:t>
            </w:r>
            <w:proofErr w:type="spellStart"/>
            <w:r>
              <w:rPr>
                <w:b/>
                <w:sz w:val="14"/>
              </w:rPr>
              <w:t>Comunitatea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religioasă</w:t>
            </w:r>
            <w:proofErr w:type="spellEnd"/>
            <w:r>
              <w:rPr>
                <w:b/>
                <w:sz w:val="14"/>
              </w:rPr>
              <w:t xml:space="preserve"> – </w:t>
            </w:r>
            <w:proofErr w:type="spellStart"/>
            <w:r>
              <w:rPr>
                <w:b/>
                <w:sz w:val="14"/>
              </w:rPr>
              <w:t>identitate</w:t>
            </w:r>
            <w:proofErr w:type="spellEnd"/>
            <w:r>
              <w:rPr>
                <w:b/>
                <w:sz w:val="14"/>
              </w:rPr>
              <w:t xml:space="preserve">, </w:t>
            </w:r>
            <w:proofErr w:type="spellStart"/>
            <w:r>
              <w:rPr>
                <w:b/>
                <w:sz w:val="14"/>
              </w:rPr>
              <w:t>responsabilitate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și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bucuria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mărturisirii</w:t>
            </w:r>
            <w:proofErr w:type="spellEnd"/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6D7E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0AA7C53E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6D7E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6146A134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S16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6D7E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6DA3453E" w14:textId="77777777" w:rsidR="004D3322" w:rsidRDefault="00F01237">
            <w:pPr>
              <w:spacing w:after="0" w:line="228" w:lineRule="auto"/>
              <w:jc w:val="center"/>
            </w:pPr>
            <w:r>
              <w:rPr>
                <w:sz w:val="14"/>
              </w:rPr>
              <w:t>11.01–15.01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6D7E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2BA4574E" w14:textId="77777777" w:rsidR="004D3322" w:rsidRDefault="004D3322">
            <w:pPr>
              <w:spacing w:after="0" w:line="228" w:lineRule="auto"/>
              <w:jc w:val="center"/>
            </w:pPr>
          </w:p>
        </w:tc>
      </w:tr>
      <w:tr w:rsidR="004D3322" w14:paraId="17FF6A1F" w14:textId="77777777">
        <w:trPr>
          <w:cantSplit/>
          <w:jc w:val="center"/>
        </w:trPr>
        <w:tc>
          <w:tcPr>
            <w:tcW w:w="56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4D0E3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19247C5E" w14:textId="77777777" w:rsidR="004D3322" w:rsidRDefault="004D3322"/>
        </w:tc>
        <w:tc>
          <w:tcPr>
            <w:tcW w:w="153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4D0E3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27C3DA46" w14:textId="77777777" w:rsidR="004D3322" w:rsidRDefault="004D3322"/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4D0E3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1F9964C8" w14:textId="77777777" w:rsidR="004D3322" w:rsidRDefault="00F01237">
            <w:pPr>
              <w:spacing w:after="0" w:line="228" w:lineRule="auto"/>
              <w:jc w:val="center"/>
            </w:pPr>
            <w:r>
              <w:rPr>
                <w:rFonts w:eastAsia="Arial"/>
                <w:b/>
                <w:sz w:val="15"/>
              </w:rPr>
              <w:t>3.1; 3.2; 3.3</w:t>
            </w:r>
          </w:p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4D0E3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5ABC0CB8" w14:textId="77777777" w:rsidR="004D3322" w:rsidRDefault="00F01237">
            <w:pPr>
              <w:spacing w:after="0" w:line="228" w:lineRule="auto"/>
            </w:pPr>
            <w:proofErr w:type="spellStart"/>
            <w:r>
              <w:rPr>
                <w:rFonts w:eastAsia="Arial"/>
                <w:b/>
                <w:sz w:val="15"/>
              </w:rPr>
              <w:t>Activități</w:t>
            </w:r>
            <w:proofErr w:type="spellEnd"/>
            <w:r>
              <w:rPr>
                <w:rFonts w:eastAsia="Arial"/>
                <w:b/>
                <w:sz w:val="15"/>
              </w:rPr>
              <w:t xml:space="preserve"> de </w:t>
            </w:r>
            <w:proofErr w:type="spellStart"/>
            <w:r>
              <w:rPr>
                <w:rFonts w:eastAsia="Arial"/>
                <w:b/>
                <w:sz w:val="15"/>
              </w:rPr>
              <w:t>consolidare</w:t>
            </w:r>
            <w:proofErr w:type="spellEnd"/>
            <w:r>
              <w:rPr>
                <w:rFonts w:eastAsia="Arial"/>
                <w:b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b/>
                <w:sz w:val="15"/>
              </w:rPr>
              <w:t>și</w:t>
            </w:r>
            <w:proofErr w:type="spellEnd"/>
            <w:r>
              <w:rPr>
                <w:rFonts w:eastAsia="Arial"/>
                <w:b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b/>
                <w:sz w:val="15"/>
              </w:rPr>
              <w:t>aprofundare</w:t>
            </w:r>
            <w:proofErr w:type="spellEnd"/>
            <w:r>
              <w:rPr>
                <w:rFonts w:eastAsia="Arial"/>
                <w:b/>
                <w:sz w:val="15"/>
              </w:rPr>
              <w:t xml:space="preserve"> – </w:t>
            </w:r>
            <w:proofErr w:type="spellStart"/>
            <w:r>
              <w:rPr>
                <w:rFonts w:eastAsia="Arial"/>
                <w:b/>
                <w:sz w:val="15"/>
              </w:rPr>
              <w:t>Comunitatea</w:t>
            </w:r>
            <w:proofErr w:type="spellEnd"/>
            <w:r>
              <w:rPr>
                <w:rFonts w:eastAsia="Arial"/>
                <w:b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b/>
                <w:sz w:val="15"/>
              </w:rPr>
              <w:t>religioasă</w:t>
            </w:r>
            <w:proofErr w:type="spellEnd"/>
            <w:r>
              <w:rPr>
                <w:rFonts w:eastAsia="Arial"/>
                <w:b/>
                <w:sz w:val="15"/>
              </w:rPr>
              <w:t xml:space="preserve"> – </w:t>
            </w:r>
            <w:proofErr w:type="spellStart"/>
            <w:r>
              <w:rPr>
                <w:rFonts w:eastAsia="Arial"/>
                <w:b/>
                <w:sz w:val="15"/>
              </w:rPr>
              <w:t>identitate</w:t>
            </w:r>
            <w:proofErr w:type="spellEnd"/>
            <w:r>
              <w:rPr>
                <w:rFonts w:eastAsia="Arial"/>
                <w:b/>
                <w:sz w:val="15"/>
              </w:rPr>
              <w:t xml:space="preserve">, </w:t>
            </w:r>
            <w:proofErr w:type="spellStart"/>
            <w:r>
              <w:rPr>
                <w:rFonts w:eastAsia="Arial"/>
                <w:b/>
                <w:sz w:val="15"/>
              </w:rPr>
              <w:t>responsabilitate</w:t>
            </w:r>
            <w:proofErr w:type="spellEnd"/>
            <w:r>
              <w:rPr>
                <w:rFonts w:eastAsia="Arial"/>
                <w:b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b/>
                <w:sz w:val="15"/>
              </w:rPr>
              <w:t>și</w:t>
            </w:r>
            <w:proofErr w:type="spellEnd"/>
            <w:r>
              <w:rPr>
                <w:rFonts w:eastAsia="Arial"/>
                <w:b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b/>
                <w:sz w:val="15"/>
              </w:rPr>
              <w:t>bucuria</w:t>
            </w:r>
            <w:proofErr w:type="spellEnd"/>
            <w:r>
              <w:rPr>
                <w:rFonts w:eastAsia="Arial"/>
                <w:b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b/>
                <w:sz w:val="15"/>
              </w:rPr>
              <w:t>mărturisirii</w:t>
            </w:r>
            <w:proofErr w:type="spellEnd"/>
            <w:r>
              <w:rPr>
                <w:rFonts w:eastAsia="Arial"/>
                <w:b/>
                <w:sz w:val="15"/>
              </w:rPr>
              <w:t>*</w:t>
            </w: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4D0E3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7B40D44B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4D0E3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011D3F34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S17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4D0E3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5A0E6E67" w14:textId="77777777" w:rsidR="004D3322" w:rsidRDefault="00F01237">
            <w:pPr>
              <w:spacing w:after="0" w:line="228" w:lineRule="auto"/>
              <w:jc w:val="center"/>
            </w:pPr>
            <w:r>
              <w:rPr>
                <w:sz w:val="14"/>
              </w:rPr>
              <w:t>18.01–22.01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4D0E3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76AE4E51" w14:textId="77777777" w:rsidR="004D3322" w:rsidRDefault="004D3322">
            <w:pPr>
              <w:spacing w:after="0" w:line="228" w:lineRule="auto"/>
              <w:jc w:val="center"/>
            </w:pPr>
          </w:p>
        </w:tc>
      </w:tr>
      <w:tr w:rsidR="004D3322" w14:paraId="6304F9E1" w14:textId="77777777">
        <w:trPr>
          <w:cantSplit/>
          <w:jc w:val="center"/>
        </w:trPr>
        <w:tc>
          <w:tcPr>
            <w:tcW w:w="56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CF7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3C96E1EE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III</w:t>
            </w:r>
          </w:p>
        </w:tc>
        <w:tc>
          <w:tcPr>
            <w:tcW w:w="153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CF7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036649EC" w14:textId="77777777" w:rsidR="004D3322" w:rsidRDefault="00F01237">
            <w:pPr>
              <w:spacing w:after="0" w:line="228" w:lineRule="auto"/>
              <w:jc w:val="center"/>
            </w:pPr>
            <w:proofErr w:type="spellStart"/>
            <w:r>
              <w:rPr>
                <w:b/>
                <w:sz w:val="14"/>
              </w:rPr>
              <w:t>Creștinismul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și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provocările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lumii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contemporane</w:t>
            </w:r>
            <w:proofErr w:type="spellEnd"/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CF7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062E89C7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3"/>
              </w:rPr>
              <w:t>4.1; 4.2; 4.3</w:t>
            </w:r>
          </w:p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CF7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42683CC2" w14:textId="77777777" w:rsidR="004D3322" w:rsidRDefault="00F01237">
            <w:pPr>
              <w:spacing w:after="0" w:line="228" w:lineRule="auto"/>
            </w:pPr>
            <w:r>
              <w:rPr>
                <w:b/>
                <w:sz w:val="14"/>
              </w:rPr>
              <w:t xml:space="preserve">1. </w:t>
            </w:r>
            <w:proofErr w:type="spellStart"/>
            <w:r>
              <w:rPr>
                <w:b/>
                <w:sz w:val="14"/>
              </w:rPr>
              <w:t>Responsabilitățile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creștinului</w:t>
            </w:r>
            <w:proofErr w:type="spellEnd"/>
            <w:r>
              <w:rPr>
                <w:sz w:val="14"/>
              </w:rPr>
              <w:t xml:space="preserve"> (I) (</w:t>
            </w:r>
            <w:proofErr w:type="spellStart"/>
            <w:r>
              <w:rPr>
                <w:sz w:val="14"/>
              </w:rPr>
              <w:t>față</w:t>
            </w:r>
            <w:proofErr w:type="spellEnd"/>
            <w:r>
              <w:rPr>
                <w:sz w:val="14"/>
              </w:rPr>
              <w:t xml:space="preserve"> de </w:t>
            </w:r>
            <w:proofErr w:type="spellStart"/>
            <w:r>
              <w:rPr>
                <w:sz w:val="14"/>
              </w:rPr>
              <w:t>Dumnezeu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și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față</w:t>
            </w:r>
            <w:proofErr w:type="spellEnd"/>
            <w:r>
              <w:rPr>
                <w:sz w:val="14"/>
              </w:rPr>
              <w:t xml:space="preserve"> de </w:t>
            </w:r>
            <w:proofErr w:type="spellStart"/>
            <w:r>
              <w:rPr>
                <w:sz w:val="14"/>
              </w:rPr>
              <w:t>creație</w:t>
            </w:r>
            <w:proofErr w:type="spellEnd"/>
            <w:r>
              <w:rPr>
                <w:sz w:val="14"/>
              </w:rPr>
              <w:t>)</w:t>
            </w: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CF7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33EFB16C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CF7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0D765900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S18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CF7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10410389" w14:textId="77777777" w:rsidR="004D3322" w:rsidRDefault="00F01237">
            <w:pPr>
              <w:spacing w:after="0" w:line="228" w:lineRule="auto"/>
              <w:jc w:val="center"/>
            </w:pPr>
            <w:r>
              <w:rPr>
                <w:sz w:val="14"/>
              </w:rPr>
              <w:t>25.01–29.01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CF7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29314A88" w14:textId="77777777" w:rsidR="004D3322" w:rsidRDefault="004D3322">
            <w:pPr>
              <w:spacing w:after="0" w:line="228" w:lineRule="auto"/>
              <w:jc w:val="center"/>
            </w:pPr>
          </w:p>
        </w:tc>
      </w:tr>
      <w:tr w:rsidR="004D3322" w14:paraId="324D6431" w14:textId="77777777">
        <w:trPr>
          <w:cantSplit/>
          <w:jc w:val="center"/>
        </w:trPr>
        <w:tc>
          <w:tcPr>
            <w:tcW w:w="56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CF7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50F3089A" w14:textId="77777777" w:rsidR="004D3322" w:rsidRDefault="004D3322"/>
        </w:tc>
        <w:tc>
          <w:tcPr>
            <w:tcW w:w="153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CF7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169DC9F3" w14:textId="77777777" w:rsidR="004D3322" w:rsidRDefault="004D3322"/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CF7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3E592620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3"/>
              </w:rPr>
              <w:t>4.1; 4.2; 4.3</w:t>
            </w:r>
          </w:p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CF7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7D1871F6" w14:textId="77777777" w:rsidR="004D3322" w:rsidRDefault="00F01237">
            <w:pPr>
              <w:spacing w:after="0" w:line="228" w:lineRule="auto"/>
            </w:pPr>
            <w:r>
              <w:rPr>
                <w:b/>
                <w:sz w:val="14"/>
              </w:rPr>
              <w:t xml:space="preserve">2. </w:t>
            </w:r>
            <w:proofErr w:type="spellStart"/>
            <w:r>
              <w:rPr>
                <w:b/>
                <w:sz w:val="14"/>
              </w:rPr>
              <w:t>Responsabilitățile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creștinului</w:t>
            </w:r>
            <w:proofErr w:type="spellEnd"/>
            <w:r>
              <w:rPr>
                <w:sz w:val="14"/>
              </w:rPr>
              <w:t xml:space="preserve"> (II) (</w:t>
            </w:r>
            <w:proofErr w:type="spellStart"/>
            <w:r>
              <w:rPr>
                <w:sz w:val="14"/>
              </w:rPr>
              <w:t>față</w:t>
            </w:r>
            <w:proofErr w:type="spellEnd"/>
            <w:r>
              <w:rPr>
                <w:sz w:val="14"/>
              </w:rPr>
              <w:t xml:space="preserve"> de sine </w:t>
            </w:r>
            <w:proofErr w:type="spellStart"/>
            <w:r>
              <w:rPr>
                <w:sz w:val="14"/>
              </w:rPr>
              <w:t>și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față</w:t>
            </w:r>
            <w:proofErr w:type="spellEnd"/>
            <w:r>
              <w:rPr>
                <w:sz w:val="14"/>
              </w:rPr>
              <w:t xml:space="preserve"> de </w:t>
            </w:r>
            <w:proofErr w:type="spellStart"/>
            <w:r>
              <w:rPr>
                <w:sz w:val="14"/>
              </w:rPr>
              <w:t>aproapele</w:t>
            </w:r>
            <w:proofErr w:type="spellEnd"/>
            <w:r>
              <w:rPr>
                <w:sz w:val="14"/>
              </w:rPr>
              <w:t>)</w:t>
            </w: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CF7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2DD8F07E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CF7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768ECAA4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S19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CF7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5F00F09C" w14:textId="77777777" w:rsidR="004D3322" w:rsidRDefault="00F01237">
            <w:pPr>
              <w:spacing w:after="0" w:line="228" w:lineRule="auto"/>
              <w:jc w:val="center"/>
            </w:pPr>
            <w:r>
              <w:rPr>
                <w:sz w:val="14"/>
              </w:rPr>
              <w:t>01.02–05.02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CF7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421B7467" w14:textId="77777777" w:rsidR="004D3322" w:rsidRDefault="004D3322">
            <w:pPr>
              <w:spacing w:after="0" w:line="228" w:lineRule="auto"/>
              <w:jc w:val="center"/>
            </w:pPr>
          </w:p>
        </w:tc>
      </w:tr>
      <w:tr w:rsidR="004D3322" w14:paraId="193E3861" w14:textId="77777777">
        <w:trPr>
          <w:cantSplit/>
          <w:jc w:val="center"/>
        </w:trPr>
        <w:tc>
          <w:tcPr>
            <w:tcW w:w="56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4E8F4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5E097E4C" w14:textId="77777777" w:rsidR="004D3322" w:rsidRDefault="004D3322"/>
        </w:tc>
        <w:tc>
          <w:tcPr>
            <w:tcW w:w="153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4E8F4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2D3F02ED" w14:textId="77777777" w:rsidR="004D3322" w:rsidRDefault="004D3322"/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4E8F4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6560055A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3"/>
              </w:rPr>
              <w:t>4.1; 4.2; 4.3</w:t>
            </w:r>
          </w:p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4E8F4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2FBA43EF" w14:textId="77777777" w:rsidR="004D3322" w:rsidRDefault="00F01237">
            <w:pPr>
              <w:spacing w:after="0" w:line="228" w:lineRule="auto"/>
            </w:pPr>
            <w:proofErr w:type="spellStart"/>
            <w:r>
              <w:rPr>
                <w:rFonts w:eastAsia="Arial"/>
                <w:b/>
                <w:sz w:val="15"/>
              </w:rPr>
              <w:t>Evaluare</w:t>
            </w:r>
            <w:proofErr w:type="spellEnd"/>
            <w:r>
              <w:rPr>
                <w:rFonts w:eastAsia="Arial"/>
                <w:b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b/>
                <w:sz w:val="15"/>
              </w:rPr>
              <w:t>sumativă</w:t>
            </w:r>
            <w:proofErr w:type="spellEnd"/>
            <w:r>
              <w:rPr>
                <w:rFonts w:eastAsia="Arial"/>
                <w:b/>
                <w:sz w:val="15"/>
              </w:rPr>
              <w:t xml:space="preserve"> – </w:t>
            </w:r>
            <w:proofErr w:type="spellStart"/>
            <w:r>
              <w:rPr>
                <w:rFonts w:eastAsia="Arial"/>
                <w:b/>
                <w:sz w:val="15"/>
              </w:rPr>
              <w:t>Modulul</w:t>
            </w:r>
            <w:proofErr w:type="spellEnd"/>
            <w:r>
              <w:rPr>
                <w:rFonts w:eastAsia="Arial"/>
                <w:b/>
                <w:sz w:val="15"/>
              </w:rPr>
              <w:t xml:space="preserve"> al </w:t>
            </w:r>
            <w:r>
              <w:rPr>
                <w:rFonts w:eastAsia="Arial"/>
                <w:b/>
                <w:sz w:val="15"/>
              </w:rPr>
              <w:t>III-lea (</w:t>
            </w:r>
            <w:proofErr w:type="spellStart"/>
            <w:r>
              <w:rPr>
                <w:rFonts w:eastAsia="Arial"/>
                <w:b/>
                <w:sz w:val="15"/>
              </w:rPr>
              <w:t>conținuturile</w:t>
            </w:r>
            <w:proofErr w:type="spellEnd"/>
            <w:r>
              <w:rPr>
                <w:rFonts w:eastAsia="Arial"/>
                <w:b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b/>
                <w:sz w:val="15"/>
              </w:rPr>
              <w:t>parcurse</w:t>
            </w:r>
            <w:proofErr w:type="spellEnd"/>
            <w:r>
              <w:rPr>
                <w:rFonts w:eastAsia="Arial"/>
                <w:b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b/>
                <w:sz w:val="15"/>
              </w:rPr>
              <w:t>în</w:t>
            </w:r>
            <w:proofErr w:type="spellEnd"/>
            <w:r>
              <w:rPr>
                <w:rFonts w:eastAsia="Arial"/>
                <w:b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b/>
                <w:sz w:val="15"/>
              </w:rPr>
              <w:t>modul</w:t>
            </w:r>
            <w:proofErr w:type="spellEnd"/>
            <w:r>
              <w:rPr>
                <w:rFonts w:eastAsia="Arial"/>
                <w:b/>
                <w:sz w:val="15"/>
              </w:rPr>
              <w:t>)</w:t>
            </w: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4E8F4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17CCF36E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4E8F4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2CA38101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S20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4E8F4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1798C621" w14:textId="77777777" w:rsidR="004D3322" w:rsidRDefault="00F01237">
            <w:pPr>
              <w:spacing w:after="0" w:line="228" w:lineRule="auto"/>
              <w:jc w:val="center"/>
            </w:pPr>
            <w:r>
              <w:rPr>
                <w:sz w:val="14"/>
              </w:rPr>
              <w:t>08.02–12.02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4E8F4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5AF58D65" w14:textId="77777777" w:rsidR="004D3322" w:rsidRDefault="004D3322">
            <w:pPr>
              <w:spacing w:after="0" w:line="228" w:lineRule="auto"/>
              <w:jc w:val="center"/>
            </w:pPr>
          </w:p>
        </w:tc>
      </w:tr>
      <w:tr w:rsidR="004D3322" w14:paraId="0C1DB481" w14:textId="77777777">
        <w:trPr>
          <w:cantSplit/>
          <w:jc w:val="center"/>
        </w:trPr>
        <w:tc>
          <w:tcPr>
            <w:tcW w:w="10234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9E6F4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0305AF2B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i/>
                <w:sz w:val="15"/>
              </w:rPr>
              <w:t xml:space="preserve">VACANȚĂ 15.02.2027–21.02.2027 – </w:t>
            </w:r>
            <w:proofErr w:type="spellStart"/>
            <w:r>
              <w:rPr>
                <w:b/>
                <w:i/>
                <w:sz w:val="15"/>
              </w:rPr>
              <w:t>județul</w:t>
            </w:r>
            <w:proofErr w:type="spellEnd"/>
            <w:r>
              <w:rPr>
                <w:b/>
                <w:i/>
                <w:sz w:val="15"/>
              </w:rPr>
              <w:t xml:space="preserve"> </w:t>
            </w:r>
            <w:proofErr w:type="spellStart"/>
            <w:r>
              <w:rPr>
                <w:b/>
                <w:i/>
                <w:sz w:val="15"/>
              </w:rPr>
              <w:t>Cluj</w:t>
            </w:r>
            <w:proofErr w:type="spellEnd"/>
          </w:p>
        </w:tc>
      </w:tr>
      <w:tr w:rsidR="004D3322" w14:paraId="7487C9BE" w14:textId="77777777">
        <w:trPr>
          <w:cantSplit/>
          <w:jc w:val="center"/>
        </w:trPr>
        <w:tc>
          <w:tcPr>
            <w:tcW w:w="10234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72D17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6AA26EF6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color w:val="FFFFFF"/>
                <w:sz w:val="16"/>
              </w:rPr>
              <w:t>MODULUL AL IV-LEA</w:t>
            </w:r>
          </w:p>
        </w:tc>
      </w:tr>
      <w:tr w:rsidR="004D3322" w14:paraId="14D2CDB2" w14:textId="77777777">
        <w:trPr>
          <w:cantSplit/>
          <w:jc w:val="center"/>
        </w:trPr>
        <w:tc>
          <w:tcPr>
            <w:tcW w:w="56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CF7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18536EA5" w14:textId="77777777" w:rsidR="004D3322" w:rsidRDefault="00F01237">
            <w:pPr>
              <w:spacing w:after="0" w:line="228" w:lineRule="auto"/>
              <w:jc w:val="center"/>
            </w:pPr>
            <w:r>
              <w:rPr>
                <w:rFonts w:eastAsia="Arial"/>
                <w:b/>
                <w:sz w:val="15"/>
              </w:rPr>
              <w:t>III</w:t>
            </w:r>
          </w:p>
        </w:tc>
        <w:tc>
          <w:tcPr>
            <w:tcW w:w="153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CF7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53C863B7" w14:textId="77777777" w:rsidR="004D3322" w:rsidRDefault="00F01237">
            <w:pPr>
              <w:spacing w:after="0" w:line="228" w:lineRule="auto"/>
              <w:jc w:val="center"/>
            </w:pPr>
            <w:proofErr w:type="spellStart"/>
            <w:r>
              <w:rPr>
                <w:rFonts w:eastAsia="Arial"/>
                <w:b/>
                <w:sz w:val="15"/>
              </w:rPr>
              <w:t>Creștinismul</w:t>
            </w:r>
            <w:proofErr w:type="spellEnd"/>
            <w:r>
              <w:rPr>
                <w:rFonts w:eastAsia="Arial"/>
                <w:b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b/>
                <w:sz w:val="15"/>
              </w:rPr>
              <w:t>și</w:t>
            </w:r>
            <w:proofErr w:type="spellEnd"/>
            <w:r>
              <w:rPr>
                <w:rFonts w:eastAsia="Arial"/>
                <w:b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b/>
                <w:sz w:val="15"/>
              </w:rPr>
              <w:t>provocările</w:t>
            </w:r>
            <w:proofErr w:type="spellEnd"/>
            <w:r>
              <w:rPr>
                <w:rFonts w:eastAsia="Arial"/>
                <w:b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b/>
                <w:sz w:val="15"/>
              </w:rPr>
              <w:t>lumii</w:t>
            </w:r>
            <w:proofErr w:type="spellEnd"/>
            <w:r>
              <w:rPr>
                <w:rFonts w:eastAsia="Arial"/>
                <w:b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b/>
                <w:sz w:val="15"/>
              </w:rPr>
              <w:t>contemporane</w:t>
            </w:r>
            <w:proofErr w:type="spellEnd"/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CF7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49A65106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3"/>
              </w:rPr>
              <w:t>4.1; 4.2</w:t>
            </w:r>
          </w:p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CF7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0C7F4274" w14:textId="77777777" w:rsidR="004D3322" w:rsidRDefault="00F01237">
            <w:pPr>
              <w:spacing w:after="0" w:line="228" w:lineRule="auto"/>
            </w:pPr>
            <w:r>
              <w:rPr>
                <w:b/>
                <w:sz w:val="14"/>
              </w:rPr>
              <w:t xml:space="preserve">3. </w:t>
            </w:r>
            <w:proofErr w:type="spellStart"/>
            <w:r>
              <w:rPr>
                <w:b/>
                <w:sz w:val="14"/>
              </w:rPr>
              <w:t>Valori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creștine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și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caracter</w:t>
            </w:r>
            <w:proofErr w:type="spellEnd"/>
            <w:r>
              <w:rPr>
                <w:sz w:val="14"/>
              </w:rPr>
              <w:t xml:space="preserve"> (</w:t>
            </w:r>
            <w:proofErr w:type="spellStart"/>
            <w:r>
              <w:rPr>
                <w:sz w:val="14"/>
              </w:rPr>
              <w:t>omul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lăuntric</w:t>
            </w:r>
            <w:proofErr w:type="spellEnd"/>
            <w:r>
              <w:rPr>
                <w:sz w:val="14"/>
              </w:rPr>
              <w:t xml:space="preserve"> – </w:t>
            </w:r>
            <w:proofErr w:type="spellStart"/>
            <w:r>
              <w:rPr>
                <w:sz w:val="14"/>
              </w:rPr>
              <w:t>conștiință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comportament</w:t>
            </w:r>
            <w:proofErr w:type="spellEnd"/>
            <w:r>
              <w:rPr>
                <w:sz w:val="14"/>
              </w:rPr>
              <w:t xml:space="preserve">; </w:t>
            </w:r>
            <w:proofErr w:type="spellStart"/>
            <w:r>
              <w:rPr>
                <w:sz w:val="14"/>
              </w:rPr>
              <w:t>ilustrări</w:t>
            </w:r>
            <w:proofErr w:type="spellEnd"/>
            <w:r>
              <w:rPr>
                <w:sz w:val="14"/>
              </w:rPr>
              <w:t xml:space="preserve"> la </w:t>
            </w:r>
            <w:proofErr w:type="spellStart"/>
            <w:r>
              <w:rPr>
                <w:sz w:val="14"/>
              </w:rPr>
              <w:t>nivelul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unor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pilde</w:t>
            </w:r>
            <w:proofErr w:type="spellEnd"/>
            <w:r>
              <w:rPr>
                <w:sz w:val="14"/>
              </w:rPr>
              <w:t>)</w:t>
            </w: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CF7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09250581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CF7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6C50E387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S21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CF7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76359EB0" w14:textId="77777777" w:rsidR="004D3322" w:rsidRDefault="00F01237">
            <w:pPr>
              <w:spacing w:after="0" w:line="228" w:lineRule="auto"/>
              <w:jc w:val="center"/>
            </w:pPr>
            <w:r>
              <w:rPr>
                <w:sz w:val="14"/>
              </w:rPr>
              <w:t>22.02–26.02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CF7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0215AE77" w14:textId="77777777" w:rsidR="004D3322" w:rsidRDefault="004D3322">
            <w:pPr>
              <w:spacing w:after="0" w:line="228" w:lineRule="auto"/>
              <w:jc w:val="center"/>
            </w:pPr>
          </w:p>
        </w:tc>
      </w:tr>
      <w:tr w:rsidR="004D3322" w14:paraId="2A274ED7" w14:textId="77777777">
        <w:trPr>
          <w:cantSplit/>
          <w:jc w:val="center"/>
        </w:trPr>
        <w:tc>
          <w:tcPr>
            <w:tcW w:w="56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CF7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7629DD8F" w14:textId="77777777" w:rsidR="004D3322" w:rsidRDefault="004D3322"/>
        </w:tc>
        <w:tc>
          <w:tcPr>
            <w:tcW w:w="153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CF7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3F25BB20" w14:textId="77777777" w:rsidR="004D3322" w:rsidRDefault="004D3322"/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CF7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25887DFD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3"/>
              </w:rPr>
              <w:t>4.1; 4.2; 4.3</w:t>
            </w:r>
          </w:p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CF7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005611B4" w14:textId="77777777" w:rsidR="004D3322" w:rsidRDefault="00F01237">
            <w:pPr>
              <w:spacing w:after="0" w:line="228" w:lineRule="auto"/>
            </w:pPr>
            <w:r>
              <w:rPr>
                <w:b/>
                <w:sz w:val="14"/>
              </w:rPr>
              <w:t xml:space="preserve">4. </w:t>
            </w:r>
            <w:proofErr w:type="spellStart"/>
            <w:r>
              <w:rPr>
                <w:b/>
                <w:sz w:val="14"/>
              </w:rPr>
              <w:t>Duhovnicul</w:t>
            </w:r>
            <w:proofErr w:type="spellEnd"/>
            <w:r>
              <w:rPr>
                <w:b/>
                <w:sz w:val="14"/>
              </w:rPr>
              <w:t xml:space="preserve"> – </w:t>
            </w:r>
            <w:proofErr w:type="spellStart"/>
            <w:r>
              <w:rPr>
                <w:b/>
                <w:sz w:val="14"/>
              </w:rPr>
              <w:t>prieten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și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îndrumător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în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viața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adolescentului</w:t>
            </w:r>
            <w:proofErr w:type="spellEnd"/>
            <w:r>
              <w:rPr>
                <w:sz w:val="14"/>
              </w:rPr>
              <w:t xml:space="preserve"> (</w:t>
            </w:r>
            <w:proofErr w:type="spellStart"/>
            <w:r>
              <w:rPr>
                <w:sz w:val="14"/>
              </w:rPr>
              <w:t>rolul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duhovnicului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în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modelarea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conturarea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și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afirmarea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personalității</w:t>
            </w:r>
            <w:proofErr w:type="spellEnd"/>
            <w:r>
              <w:rPr>
                <w:sz w:val="14"/>
              </w:rPr>
              <w:t xml:space="preserve">; </w:t>
            </w:r>
            <w:proofErr w:type="spellStart"/>
            <w:r>
              <w:rPr>
                <w:sz w:val="14"/>
              </w:rPr>
              <w:t>exemple</w:t>
            </w:r>
            <w:proofErr w:type="spellEnd"/>
            <w:r>
              <w:rPr>
                <w:sz w:val="14"/>
              </w:rPr>
              <w:t xml:space="preserve"> de </w:t>
            </w:r>
            <w:proofErr w:type="spellStart"/>
            <w:r>
              <w:rPr>
                <w:sz w:val="14"/>
              </w:rPr>
              <w:t>mari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duhovnici</w:t>
            </w:r>
            <w:proofErr w:type="spellEnd"/>
            <w:r>
              <w:rPr>
                <w:sz w:val="14"/>
              </w:rPr>
              <w:t>)</w:t>
            </w: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CF7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00F1E21D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CF7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5A7C1D18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S22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CF7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66751086" w14:textId="77777777" w:rsidR="004D3322" w:rsidRDefault="00F01237">
            <w:pPr>
              <w:spacing w:after="0" w:line="228" w:lineRule="auto"/>
              <w:jc w:val="center"/>
            </w:pPr>
            <w:r>
              <w:rPr>
                <w:sz w:val="14"/>
              </w:rPr>
              <w:t>01.03–05.03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CF7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3407CBEF" w14:textId="77777777" w:rsidR="004D3322" w:rsidRDefault="004D3322">
            <w:pPr>
              <w:spacing w:after="0" w:line="228" w:lineRule="auto"/>
              <w:jc w:val="center"/>
            </w:pPr>
          </w:p>
        </w:tc>
      </w:tr>
      <w:tr w:rsidR="004D3322" w14:paraId="3954704D" w14:textId="77777777">
        <w:trPr>
          <w:cantSplit/>
          <w:jc w:val="center"/>
        </w:trPr>
        <w:tc>
          <w:tcPr>
            <w:tcW w:w="56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CF7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41085EBB" w14:textId="77777777" w:rsidR="004D3322" w:rsidRDefault="004D3322"/>
        </w:tc>
        <w:tc>
          <w:tcPr>
            <w:tcW w:w="153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CF7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7926F07D" w14:textId="77777777" w:rsidR="004D3322" w:rsidRDefault="004D3322"/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CF7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65E4F354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3"/>
              </w:rPr>
              <w:t>4.1; 4.2; 4.3</w:t>
            </w:r>
          </w:p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CF7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1B57CA8A" w14:textId="77777777" w:rsidR="004D3322" w:rsidRDefault="00F01237">
            <w:pPr>
              <w:spacing w:after="0" w:line="228" w:lineRule="auto"/>
            </w:pPr>
            <w:proofErr w:type="spellStart"/>
            <w:r>
              <w:rPr>
                <w:b/>
                <w:sz w:val="14"/>
              </w:rPr>
              <w:t>Recapitulare</w:t>
            </w:r>
            <w:proofErr w:type="spellEnd"/>
            <w:r>
              <w:rPr>
                <w:b/>
                <w:sz w:val="14"/>
              </w:rPr>
              <w:t xml:space="preserve"> – </w:t>
            </w:r>
            <w:proofErr w:type="spellStart"/>
            <w:r>
              <w:rPr>
                <w:b/>
                <w:sz w:val="14"/>
              </w:rPr>
              <w:t>Creștinismul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și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provocările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lumii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contemporane</w:t>
            </w:r>
            <w:proofErr w:type="spellEnd"/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CF7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1201CEA0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CF7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6A609655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S23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CF7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16741C4A" w14:textId="77777777" w:rsidR="004D3322" w:rsidRDefault="00F01237">
            <w:pPr>
              <w:spacing w:after="0" w:line="228" w:lineRule="auto"/>
              <w:jc w:val="center"/>
            </w:pPr>
            <w:r>
              <w:rPr>
                <w:sz w:val="14"/>
              </w:rPr>
              <w:t>08.03–12.03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CF7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7F6DFB73" w14:textId="77777777" w:rsidR="004D3322" w:rsidRDefault="004D3322">
            <w:pPr>
              <w:spacing w:after="0" w:line="228" w:lineRule="auto"/>
              <w:jc w:val="center"/>
            </w:pPr>
          </w:p>
        </w:tc>
      </w:tr>
      <w:tr w:rsidR="004D3322" w14:paraId="6523DDCC" w14:textId="77777777">
        <w:trPr>
          <w:cantSplit/>
          <w:jc w:val="center"/>
        </w:trPr>
        <w:tc>
          <w:tcPr>
            <w:tcW w:w="56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4E8F4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776507D2" w14:textId="77777777" w:rsidR="004D3322" w:rsidRDefault="004D3322"/>
        </w:tc>
        <w:tc>
          <w:tcPr>
            <w:tcW w:w="153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4E8F4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79E9F8EC" w14:textId="77777777" w:rsidR="004D3322" w:rsidRDefault="004D3322"/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4E8F4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1FFF7CD5" w14:textId="77777777" w:rsidR="004D3322" w:rsidRDefault="00F01237">
            <w:pPr>
              <w:spacing w:after="0" w:line="228" w:lineRule="auto"/>
              <w:jc w:val="center"/>
            </w:pPr>
            <w:r>
              <w:rPr>
                <w:rFonts w:eastAsia="Arial"/>
                <w:b/>
                <w:sz w:val="15"/>
              </w:rPr>
              <w:t>4.1; 4.2; 4.3</w:t>
            </w:r>
          </w:p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4E8F4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2764BE0A" w14:textId="77777777" w:rsidR="004D3322" w:rsidRDefault="00F01237">
            <w:pPr>
              <w:spacing w:after="0" w:line="228" w:lineRule="auto"/>
            </w:pPr>
            <w:proofErr w:type="spellStart"/>
            <w:r>
              <w:rPr>
                <w:rFonts w:eastAsia="Arial"/>
                <w:b/>
                <w:sz w:val="15"/>
              </w:rPr>
              <w:t>Activități</w:t>
            </w:r>
            <w:proofErr w:type="spellEnd"/>
            <w:r>
              <w:rPr>
                <w:rFonts w:eastAsia="Arial"/>
                <w:b/>
                <w:sz w:val="15"/>
              </w:rPr>
              <w:t xml:space="preserve"> de </w:t>
            </w:r>
            <w:proofErr w:type="spellStart"/>
            <w:r>
              <w:rPr>
                <w:rFonts w:eastAsia="Arial"/>
                <w:b/>
                <w:sz w:val="15"/>
              </w:rPr>
              <w:t>consolidare</w:t>
            </w:r>
            <w:proofErr w:type="spellEnd"/>
            <w:r>
              <w:rPr>
                <w:rFonts w:eastAsia="Arial"/>
                <w:b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b/>
                <w:sz w:val="15"/>
              </w:rPr>
              <w:t>și</w:t>
            </w:r>
            <w:proofErr w:type="spellEnd"/>
            <w:r>
              <w:rPr>
                <w:rFonts w:eastAsia="Arial"/>
                <w:b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b/>
                <w:sz w:val="15"/>
              </w:rPr>
              <w:t>aprofundare</w:t>
            </w:r>
            <w:proofErr w:type="spellEnd"/>
            <w:r>
              <w:rPr>
                <w:rFonts w:eastAsia="Arial"/>
                <w:b/>
                <w:sz w:val="15"/>
              </w:rPr>
              <w:t xml:space="preserve"> – </w:t>
            </w:r>
            <w:proofErr w:type="spellStart"/>
            <w:r>
              <w:rPr>
                <w:rFonts w:eastAsia="Arial"/>
                <w:b/>
                <w:sz w:val="15"/>
              </w:rPr>
              <w:t>Creștinismul</w:t>
            </w:r>
            <w:proofErr w:type="spellEnd"/>
            <w:r>
              <w:rPr>
                <w:rFonts w:eastAsia="Arial"/>
                <w:b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b/>
                <w:sz w:val="15"/>
              </w:rPr>
              <w:t>și</w:t>
            </w:r>
            <w:proofErr w:type="spellEnd"/>
            <w:r>
              <w:rPr>
                <w:rFonts w:eastAsia="Arial"/>
                <w:b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b/>
                <w:sz w:val="15"/>
              </w:rPr>
              <w:t>provocările</w:t>
            </w:r>
            <w:proofErr w:type="spellEnd"/>
            <w:r>
              <w:rPr>
                <w:rFonts w:eastAsia="Arial"/>
                <w:b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b/>
                <w:sz w:val="15"/>
              </w:rPr>
              <w:t>lumii</w:t>
            </w:r>
            <w:proofErr w:type="spellEnd"/>
            <w:r>
              <w:rPr>
                <w:rFonts w:eastAsia="Arial"/>
                <w:b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b/>
                <w:sz w:val="15"/>
              </w:rPr>
              <w:t>contemporane</w:t>
            </w:r>
            <w:proofErr w:type="spellEnd"/>
            <w:r>
              <w:rPr>
                <w:rFonts w:eastAsia="Arial"/>
                <w:b/>
                <w:sz w:val="15"/>
              </w:rPr>
              <w:t>*</w:t>
            </w: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4E8F4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5EDB441F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4E8F4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1CD145D6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S24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4E8F4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2370DDCA" w14:textId="77777777" w:rsidR="004D3322" w:rsidRDefault="00F01237">
            <w:pPr>
              <w:spacing w:after="0" w:line="228" w:lineRule="auto"/>
              <w:jc w:val="center"/>
            </w:pPr>
            <w:r>
              <w:rPr>
                <w:sz w:val="14"/>
              </w:rPr>
              <w:t>15.03–19.03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4E8F4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3BF946F4" w14:textId="77777777" w:rsidR="004D3322" w:rsidRDefault="004D3322">
            <w:pPr>
              <w:spacing w:after="0" w:line="228" w:lineRule="auto"/>
              <w:jc w:val="center"/>
            </w:pPr>
          </w:p>
        </w:tc>
      </w:tr>
      <w:tr w:rsidR="004D3322" w14:paraId="64E87539" w14:textId="77777777">
        <w:trPr>
          <w:cantSplit/>
          <w:jc w:val="center"/>
        </w:trPr>
        <w:tc>
          <w:tcPr>
            <w:tcW w:w="56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2D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2C00CF2D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IV</w:t>
            </w:r>
          </w:p>
        </w:tc>
        <w:tc>
          <w:tcPr>
            <w:tcW w:w="153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2D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3618B2B0" w14:textId="77777777" w:rsidR="004D3322" w:rsidRDefault="00F01237">
            <w:pPr>
              <w:spacing w:after="0" w:line="228" w:lineRule="auto"/>
              <w:jc w:val="center"/>
            </w:pPr>
            <w:proofErr w:type="spellStart"/>
            <w:r>
              <w:rPr>
                <w:b/>
                <w:sz w:val="14"/>
              </w:rPr>
              <w:t>Religiile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lumii</w:t>
            </w:r>
            <w:proofErr w:type="spellEnd"/>
            <w:r>
              <w:rPr>
                <w:b/>
                <w:sz w:val="14"/>
              </w:rPr>
              <w:t xml:space="preserve">: </w:t>
            </w:r>
            <w:proofErr w:type="spellStart"/>
            <w:r>
              <w:rPr>
                <w:b/>
                <w:sz w:val="14"/>
              </w:rPr>
              <w:t>valori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și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aspecte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specifice</w:t>
            </w:r>
            <w:proofErr w:type="spellEnd"/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2D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6C8BCC66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3"/>
              </w:rPr>
              <w:t>2.1; 2.2; 2.3</w:t>
            </w:r>
          </w:p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2D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4A2D4350" w14:textId="77777777" w:rsidR="004D3322" w:rsidRDefault="00F01237">
            <w:pPr>
              <w:spacing w:after="0" w:line="228" w:lineRule="auto"/>
            </w:pPr>
            <w:r>
              <w:rPr>
                <w:b/>
                <w:sz w:val="14"/>
              </w:rPr>
              <w:t xml:space="preserve">1. </w:t>
            </w:r>
            <w:proofErr w:type="spellStart"/>
            <w:r>
              <w:rPr>
                <w:b/>
                <w:sz w:val="14"/>
              </w:rPr>
              <w:t>Religii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în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Antichitate</w:t>
            </w:r>
            <w:proofErr w:type="spellEnd"/>
            <w:r>
              <w:rPr>
                <w:b/>
                <w:sz w:val="14"/>
              </w:rPr>
              <w:t xml:space="preserve"> – </w:t>
            </w:r>
            <w:proofErr w:type="spellStart"/>
            <w:r>
              <w:rPr>
                <w:b/>
                <w:sz w:val="14"/>
              </w:rPr>
              <w:t>repere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istorice</w:t>
            </w:r>
            <w:proofErr w:type="spellEnd"/>
            <w:r>
              <w:rPr>
                <w:b/>
                <w:sz w:val="14"/>
              </w:rPr>
              <w:t xml:space="preserve">, </w:t>
            </w:r>
            <w:proofErr w:type="spellStart"/>
            <w:r>
              <w:rPr>
                <w:b/>
                <w:sz w:val="14"/>
              </w:rPr>
              <w:t>origini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și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izvoare</w:t>
            </w:r>
            <w:proofErr w:type="spellEnd"/>
            <w:r>
              <w:rPr>
                <w:sz w:val="14"/>
              </w:rPr>
              <w:t xml:space="preserve"> (I) (</w:t>
            </w:r>
            <w:proofErr w:type="spellStart"/>
            <w:r>
              <w:rPr>
                <w:sz w:val="14"/>
              </w:rPr>
              <w:t>mesopotamieni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egipteni</w:t>
            </w:r>
            <w:proofErr w:type="spellEnd"/>
            <w:r>
              <w:rPr>
                <w:sz w:val="14"/>
              </w:rPr>
              <w:t>)</w:t>
            </w: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2D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457C4162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2D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4AE526F7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S25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2D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5414ADD1" w14:textId="77777777" w:rsidR="004D3322" w:rsidRDefault="00F01237">
            <w:pPr>
              <w:spacing w:after="0" w:line="228" w:lineRule="auto"/>
              <w:jc w:val="center"/>
            </w:pPr>
            <w:r>
              <w:rPr>
                <w:sz w:val="14"/>
              </w:rPr>
              <w:t>22.03–26.03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2D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385D0DD5" w14:textId="77777777" w:rsidR="004D3322" w:rsidRDefault="004D3322">
            <w:pPr>
              <w:spacing w:after="0" w:line="228" w:lineRule="auto"/>
              <w:jc w:val="center"/>
            </w:pPr>
          </w:p>
        </w:tc>
      </w:tr>
      <w:tr w:rsidR="004D3322" w14:paraId="3DF55CF9" w14:textId="77777777">
        <w:trPr>
          <w:cantSplit/>
          <w:jc w:val="center"/>
        </w:trPr>
        <w:tc>
          <w:tcPr>
            <w:tcW w:w="56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2D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44E60B89" w14:textId="77777777" w:rsidR="004D3322" w:rsidRDefault="004D3322"/>
        </w:tc>
        <w:tc>
          <w:tcPr>
            <w:tcW w:w="153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2D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48555BF6" w14:textId="77777777" w:rsidR="004D3322" w:rsidRDefault="004D3322"/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2D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0DB5DA5E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3"/>
              </w:rPr>
              <w:t>2.1; 2.2; 2.3</w:t>
            </w:r>
          </w:p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2D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1486EE24" w14:textId="77777777" w:rsidR="004D3322" w:rsidRDefault="00F01237">
            <w:pPr>
              <w:spacing w:after="0" w:line="228" w:lineRule="auto"/>
            </w:pPr>
            <w:r>
              <w:rPr>
                <w:b/>
                <w:sz w:val="14"/>
              </w:rPr>
              <w:t xml:space="preserve">2. </w:t>
            </w:r>
            <w:proofErr w:type="spellStart"/>
            <w:r>
              <w:rPr>
                <w:b/>
                <w:sz w:val="14"/>
              </w:rPr>
              <w:t>Religii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în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Antichitate</w:t>
            </w:r>
            <w:proofErr w:type="spellEnd"/>
            <w:r>
              <w:rPr>
                <w:b/>
                <w:sz w:val="14"/>
              </w:rPr>
              <w:t xml:space="preserve"> – </w:t>
            </w:r>
            <w:proofErr w:type="spellStart"/>
            <w:r>
              <w:rPr>
                <w:b/>
                <w:sz w:val="14"/>
              </w:rPr>
              <w:t>repere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istorice</w:t>
            </w:r>
            <w:proofErr w:type="spellEnd"/>
            <w:r>
              <w:rPr>
                <w:b/>
                <w:sz w:val="14"/>
              </w:rPr>
              <w:t xml:space="preserve">, </w:t>
            </w:r>
            <w:proofErr w:type="spellStart"/>
            <w:r>
              <w:rPr>
                <w:b/>
                <w:sz w:val="14"/>
              </w:rPr>
              <w:t>origini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și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izvoare</w:t>
            </w:r>
            <w:proofErr w:type="spellEnd"/>
            <w:r>
              <w:rPr>
                <w:sz w:val="14"/>
              </w:rPr>
              <w:t xml:space="preserve"> (II) (</w:t>
            </w:r>
            <w:proofErr w:type="spellStart"/>
            <w:r>
              <w:rPr>
                <w:sz w:val="14"/>
              </w:rPr>
              <w:t>grecii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romanii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geto-dacii</w:t>
            </w:r>
            <w:proofErr w:type="spellEnd"/>
            <w:r>
              <w:rPr>
                <w:sz w:val="14"/>
              </w:rPr>
              <w:t>)</w:t>
            </w: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2D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176A9214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2D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6E72C92D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S26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2D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449CC13A" w14:textId="77777777" w:rsidR="004D3322" w:rsidRDefault="00F01237">
            <w:pPr>
              <w:spacing w:after="0" w:line="228" w:lineRule="auto"/>
              <w:jc w:val="center"/>
            </w:pPr>
            <w:r>
              <w:rPr>
                <w:sz w:val="14"/>
              </w:rPr>
              <w:t>29.03–02.04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2D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4CADADE7" w14:textId="77777777" w:rsidR="004D3322" w:rsidRDefault="004D3322">
            <w:pPr>
              <w:spacing w:after="0" w:line="228" w:lineRule="auto"/>
              <w:jc w:val="center"/>
            </w:pPr>
          </w:p>
        </w:tc>
      </w:tr>
      <w:tr w:rsidR="004D3322" w14:paraId="34E7B381" w14:textId="77777777">
        <w:trPr>
          <w:cantSplit/>
          <w:jc w:val="center"/>
        </w:trPr>
        <w:tc>
          <w:tcPr>
            <w:tcW w:w="56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2D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08FC7F12" w14:textId="77777777" w:rsidR="004D3322" w:rsidRDefault="004D3322"/>
        </w:tc>
        <w:tc>
          <w:tcPr>
            <w:tcW w:w="153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2D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59A39B5F" w14:textId="77777777" w:rsidR="004D3322" w:rsidRDefault="004D3322"/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2D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748C7070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3"/>
              </w:rPr>
              <w:t>2.1; 2.2; 2.3</w:t>
            </w:r>
          </w:p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2D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4AC26C3A" w14:textId="77777777" w:rsidR="004D3322" w:rsidRDefault="00F01237">
            <w:pPr>
              <w:spacing w:after="0" w:line="228" w:lineRule="auto"/>
            </w:pPr>
            <w:r>
              <w:rPr>
                <w:b/>
                <w:sz w:val="14"/>
              </w:rPr>
              <w:t xml:space="preserve">3. </w:t>
            </w:r>
            <w:proofErr w:type="spellStart"/>
            <w:r>
              <w:rPr>
                <w:b/>
                <w:sz w:val="14"/>
              </w:rPr>
              <w:t>Relația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omului</w:t>
            </w:r>
            <w:proofErr w:type="spellEnd"/>
            <w:r>
              <w:rPr>
                <w:b/>
                <w:sz w:val="14"/>
              </w:rPr>
              <w:t xml:space="preserve"> cu </w:t>
            </w:r>
            <w:proofErr w:type="spellStart"/>
            <w:r>
              <w:rPr>
                <w:b/>
                <w:sz w:val="14"/>
              </w:rPr>
              <w:t>divinitatea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în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religiile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Antichității</w:t>
            </w:r>
            <w:proofErr w:type="spellEnd"/>
            <w:r>
              <w:rPr>
                <w:sz w:val="14"/>
              </w:rPr>
              <w:t xml:space="preserve"> (</w:t>
            </w:r>
            <w:proofErr w:type="spellStart"/>
            <w:r>
              <w:rPr>
                <w:sz w:val="14"/>
              </w:rPr>
              <w:t>ordinea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lumii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și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sacralitatea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naturii</w:t>
            </w:r>
            <w:proofErr w:type="spellEnd"/>
            <w:r>
              <w:rPr>
                <w:sz w:val="14"/>
              </w:rPr>
              <w:t xml:space="preserve">; </w:t>
            </w:r>
            <w:proofErr w:type="spellStart"/>
            <w:r>
              <w:rPr>
                <w:sz w:val="14"/>
              </w:rPr>
              <w:t>locurile</w:t>
            </w:r>
            <w:proofErr w:type="spellEnd"/>
            <w:r>
              <w:rPr>
                <w:sz w:val="14"/>
              </w:rPr>
              <w:t xml:space="preserve"> de cult, </w:t>
            </w:r>
            <w:proofErr w:type="spellStart"/>
            <w:r>
              <w:rPr>
                <w:sz w:val="14"/>
              </w:rPr>
              <w:t>sacerdoțiul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sărbătorile</w:t>
            </w:r>
            <w:proofErr w:type="spellEnd"/>
            <w:r>
              <w:rPr>
                <w:sz w:val="14"/>
              </w:rPr>
              <w:t>)</w:t>
            </w: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2D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1FBECA82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2D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756BA41B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S27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2D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3D839991" w14:textId="77777777" w:rsidR="004D3322" w:rsidRDefault="00F01237">
            <w:pPr>
              <w:spacing w:after="0" w:line="228" w:lineRule="auto"/>
              <w:jc w:val="center"/>
            </w:pPr>
            <w:r>
              <w:rPr>
                <w:sz w:val="14"/>
              </w:rPr>
              <w:t>05.04–09.04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2D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7CA72FF5" w14:textId="77777777" w:rsidR="004D3322" w:rsidRDefault="004D3322">
            <w:pPr>
              <w:spacing w:after="0" w:line="228" w:lineRule="auto"/>
              <w:jc w:val="center"/>
            </w:pPr>
          </w:p>
        </w:tc>
      </w:tr>
      <w:tr w:rsidR="004D3322" w14:paraId="614F1C9D" w14:textId="77777777">
        <w:trPr>
          <w:cantSplit/>
          <w:jc w:val="center"/>
        </w:trPr>
        <w:tc>
          <w:tcPr>
            <w:tcW w:w="10234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F4C2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37DE2C1D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i/>
                <w:sz w:val="14"/>
              </w:rPr>
              <w:t xml:space="preserve">SĂPTĂMÂNA VERDE – </w:t>
            </w:r>
            <w:proofErr w:type="spellStart"/>
            <w:r>
              <w:rPr>
                <w:b/>
                <w:i/>
                <w:sz w:val="14"/>
              </w:rPr>
              <w:t>responsabilitate</w:t>
            </w:r>
            <w:proofErr w:type="spellEnd"/>
            <w:r>
              <w:rPr>
                <w:b/>
                <w:i/>
                <w:sz w:val="14"/>
              </w:rPr>
              <w:t xml:space="preserve"> </w:t>
            </w:r>
            <w:proofErr w:type="spellStart"/>
            <w:r>
              <w:rPr>
                <w:b/>
                <w:i/>
                <w:sz w:val="14"/>
              </w:rPr>
              <w:t>față</w:t>
            </w:r>
            <w:proofErr w:type="spellEnd"/>
            <w:r>
              <w:rPr>
                <w:b/>
                <w:i/>
                <w:sz w:val="14"/>
              </w:rPr>
              <w:t xml:space="preserve"> de </w:t>
            </w:r>
            <w:proofErr w:type="spellStart"/>
            <w:r>
              <w:rPr>
                <w:b/>
                <w:i/>
                <w:sz w:val="14"/>
              </w:rPr>
              <w:t>creație</w:t>
            </w:r>
            <w:proofErr w:type="spellEnd"/>
            <w:r>
              <w:rPr>
                <w:b/>
                <w:i/>
                <w:sz w:val="14"/>
              </w:rPr>
              <w:t xml:space="preserve"> </w:t>
            </w:r>
            <w:proofErr w:type="spellStart"/>
            <w:r>
              <w:rPr>
                <w:b/>
                <w:i/>
                <w:sz w:val="14"/>
              </w:rPr>
              <w:t>și</w:t>
            </w:r>
            <w:proofErr w:type="spellEnd"/>
            <w:r>
              <w:rPr>
                <w:b/>
                <w:i/>
                <w:sz w:val="14"/>
              </w:rPr>
              <w:t xml:space="preserve"> </w:t>
            </w:r>
            <w:proofErr w:type="spellStart"/>
            <w:r>
              <w:rPr>
                <w:b/>
                <w:i/>
                <w:sz w:val="14"/>
              </w:rPr>
              <w:t>comunitate</w:t>
            </w:r>
            <w:proofErr w:type="spellEnd"/>
            <w:r>
              <w:rPr>
                <w:b/>
                <w:i/>
                <w:sz w:val="14"/>
              </w:rPr>
              <w:t xml:space="preserve"> | 1 </w:t>
            </w:r>
            <w:proofErr w:type="spellStart"/>
            <w:r>
              <w:rPr>
                <w:b/>
                <w:i/>
                <w:sz w:val="14"/>
              </w:rPr>
              <w:t>oră</w:t>
            </w:r>
            <w:proofErr w:type="spellEnd"/>
            <w:r>
              <w:rPr>
                <w:b/>
                <w:i/>
                <w:sz w:val="14"/>
              </w:rPr>
              <w:t xml:space="preserve"> | S28 | 12.04–16.04 | </w:t>
            </w:r>
            <w:proofErr w:type="spellStart"/>
            <w:r>
              <w:rPr>
                <w:b/>
                <w:i/>
                <w:sz w:val="14"/>
              </w:rPr>
              <w:t>Perioadă</w:t>
            </w:r>
            <w:proofErr w:type="spellEnd"/>
            <w:r>
              <w:rPr>
                <w:b/>
                <w:i/>
                <w:sz w:val="14"/>
              </w:rPr>
              <w:t xml:space="preserve"> </w:t>
            </w:r>
            <w:proofErr w:type="spellStart"/>
            <w:r>
              <w:rPr>
                <w:b/>
                <w:i/>
                <w:sz w:val="14"/>
              </w:rPr>
              <w:t>propusă</w:t>
            </w:r>
            <w:proofErr w:type="spellEnd"/>
          </w:p>
        </w:tc>
      </w:tr>
      <w:tr w:rsidR="004D3322" w14:paraId="28F4ACE1" w14:textId="77777777">
        <w:trPr>
          <w:cantSplit/>
          <w:jc w:val="center"/>
        </w:trPr>
        <w:tc>
          <w:tcPr>
            <w:tcW w:w="5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1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3309A933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IV</w:t>
            </w:r>
          </w:p>
        </w:tc>
        <w:tc>
          <w:tcPr>
            <w:tcW w:w="15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1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14ACCE2A" w14:textId="77777777" w:rsidR="004D3322" w:rsidRDefault="00F01237">
            <w:pPr>
              <w:spacing w:after="0" w:line="228" w:lineRule="auto"/>
              <w:jc w:val="center"/>
            </w:pPr>
            <w:proofErr w:type="spellStart"/>
            <w:r>
              <w:rPr>
                <w:b/>
                <w:sz w:val="14"/>
              </w:rPr>
              <w:t>Religiile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lumii</w:t>
            </w:r>
            <w:proofErr w:type="spellEnd"/>
            <w:r>
              <w:rPr>
                <w:b/>
                <w:sz w:val="14"/>
              </w:rPr>
              <w:t xml:space="preserve">: </w:t>
            </w:r>
            <w:proofErr w:type="spellStart"/>
            <w:r>
              <w:rPr>
                <w:b/>
                <w:sz w:val="14"/>
              </w:rPr>
              <w:t>valori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și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aspecte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specifice</w:t>
            </w:r>
            <w:proofErr w:type="spellEnd"/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1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446DE36B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3"/>
              </w:rPr>
              <w:t>2.1; 2.2; 2.3</w:t>
            </w:r>
          </w:p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1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46BA689F" w14:textId="77777777" w:rsidR="004D3322" w:rsidRDefault="00F01237">
            <w:pPr>
              <w:spacing w:after="0" w:line="228" w:lineRule="auto"/>
            </w:pPr>
            <w:proofErr w:type="spellStart"/>
            <w:r>
              <w:rPr>
                <w:rFonts w:eastAsia="Arial"/>
                <w:b/>
                <w:sz w:val="15"/>
              </w:rPr>
              <w:t>Evaluare</w:t>
            </w:r>
            <w:proofErr w:type="spellEnd"/>
            <w:r>
              <w:rPr>
                <w:rFonts w:eastAsia="Arial"/>
                <w:b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b/>
                <w:sz w:val="15"/>
              </w:rPr>
              <w:t>sumativă</w:t>
            </w:r>
            <w:proofErr w:type="spellEnd"/>
            <w:r>
              <w:rPr>
                <w:rFonts w:eastAsia="Arial"/>
                <w:b/>
                <w:sz w:val="15"/>
              </w:rPr>
              <w:t xml:space="preserve"> – </w:t>
            </w:r>
            <w:proofErr w:type="spellStart"/>
            <w:r>
              <w:rPr>
                <w:rFonts w:eastAsia="Arial"/>
                <w:b/>
                <w:sz w:val="15"/>
              </w:rPr>
              <w:t>Modulul</w:t>
            </w:r>
            <w:proofErr w:type="spellEnd"/>
            <w:r>
              <w:rPr>
                <w:rFonts w:eastAsia="Arial"/>
                <w:b/>
                <w:sz w:val="15"/>
              </w:rPr>
              <w:t xml:space="preserve"> al IV-lea (</w:t>
            </w:r>
            <w:proofErr w:type="spellStart"/>
            <w:r>
              <w:rPr>
                <w:rFonts w:eastAsia="Arial"/>
                <w:b/>
                <w:sz w:val="15"/>
              </w:rPr>
              <w:t>conținuturile</w:t>
            </w:r>
            <w:proofErr w:type="spellEnd"/>
            <w:r>
              <w:rPr>
                <w:rFonts w:eastAsia="Arial"/>
                <w:b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b/>
                <w:sz w:val="15"/>
              </w:rPr>
              <w:t>parcurse</w:t>
            </w:r>
            <w:proofErr w:type="spellEnd"/>
            <w:r>
              <w:rPr>
                <w:rFonts w:eastAsia="Arial"/>
                <w:b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b/>
                <w:sz w:val="15"/>
              </w:rPr>
              <w:t>în</w:t>
            </w:r>
            <w:proofErr w:type="spellEnd"/>
            <w:r>
              <w:rPr>
                <w:rFonts w:eastAsia="Arial"/>
                <w:b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b/>
                <w:sz w:val="15"/>
              </w:rPr>
              <w:t>modul</w:t>
            </w:r>
            <w:proofErr w:type="spellEnd"/>
            <w:r>
              <w:rPr>
                <w:rFonts w:eastAsia="Arial"/>
                <w:b/>
                <w:sz w:val="15"/>
              </w:rPr>
              <w:t>)</w:t>
            </w: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1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784C730D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1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27E6AB04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S29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1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573B8481" w14:textId="77777777" w:rsidR="004D3322" w:rsidRDefault="00F01237">
            <w:pPr>
              <w:spacing w:after="0" w:line="228" w:lineRule="auto"/>
              <w:jc w:val="center"/>
            </w:pPr>
            <w:r>
              <w:rPr>
                <w:sz w:val="14"/>
              </w:rPr>
              <w:t>19.04–23.04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1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215730B7" w14:textId="77777777" w:rsidR="004D3322" w:rsidRDefault="004D3322">
            <w:pPr>
              <w:spacing w:after="0" w:line="228" w:lineRule="auto"/>
              <w:jc w:val="center"/>
            </w:pPr>
          </w:p>
        </w:tc>
      </w:tr>
      <w:tr w:rsidR="004D3322" w14:paraId="03181F0A" w14:textId="77777777">
        <w:trPr>
          <w:cantSplit/>
          <w:jc w:val="center"/>
        </w:trPr>
        <w:tc>
          <w:tcPr>
            <w:tcW w:w="10234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9E6F4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4D9909C1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i/>
                <w:sz w:val="15"/>
              </w:rPr>
              <w:t>VACANȚĂ 24.04.2027–04.05.2027</w:t>
            </w:r>
          </w:p>
        </w:tc>
      </w:tr>
      <w:tr w:rsidR="004D3322" w14:paraId="658E2526" w14:textId="77777777">
        <w:trPr>
          <w:cantSplit/>
          <w:jc w:val="center"/>
        </w:trPr>
        <w:tc>
          <w:tcPr>
            <w:tcW w:w="10234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4F7F0C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4F6B61A7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color w:val="FFFFFF"/>
                <w:sz w:val="16"/>
              </w:rPr>
              <w:t>MODULUL AL V-LEA</w:t>
            </w:r>
          </w:p>
        </w:tc>
      </w:tr>
      <w:tr w:rsidR="004D3322" w14:paraId="477F3C7C" w14:textId="77777777">
        <w:trPr>
          <w:cantSplit/>
          <w:jc w:val="center"/>
        </w:trPr>
        <w:tc>
          <w:tcPr>
            <w:tcW w:w="56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2D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19341FB6" w14:textId="77777777" w:rsidR="004D3322" w:rsidRDefault="00F01237">
            <w:pPr>
              <w:spacing w:after="0" w:line="228" w:lineRule="auto"/>
              <w:jc w:val="center"/>
            </w:pPr>
            <w:r>
              <w:rPr>
                <w:rFonts w:eastAsia="Arial"/>
                <w:b/>
                <w:sz w:val="15"/>
              </w:rPr>
              <w:t>IV</w:t>
            </w:r>
          </w:p>
        </w:tc>
        <w:tc>
          <w:tcPr>
            <w:tcW w:w="153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2D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7FB15B16" w14:textId="77777777" w:rsidR="004D3322" w:rsidRDefault="00F01237">
            <w:pPr>
              <w:spacing w:after="0" w:line="228" w:lineRule="auto"/>
              <w:jc w:val="center"/>
            </w:pPr>
            <w:proofErr w:type="spellStart"/>
            <w:r>
              <w:rPr>
                <w:rFonts w:eastAsia="Arial"/>
                <w:b/>
                <w:sz w:val="15"/>
              </w:rPr>
              <w:t>Religiile</w:t>
            </w:r>
            <w:proofErr w:type="spellEnd"/>
            <w:r>
              <w:rPr>
                <w:rFonts w:eastAsia="Arial"/>
                <w:b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b/>
                <w:sz w:val="15"/>
              </w:rPr>
              <w:t>lumii</w:t>
            </w:r>
            <w:proofErr w:type="spellEnd"/>
            <w:r>
              <w:rPr>
                <w:rFonts w:eastAsia="Arial"/>
                <w:b/>
                <w:sz w:val="15"/>
              </w:rPr>
              <w:t xml:space="preserve">: </w:t>
            </w:r>
            <w:proofErr w:type="spellStart"/>
            <w:r>
              <w:rPr>
                <w:rFonts w:eastAsia="Arial"/>
                <w:b/>
                <w:sz w:val="15"/>
              </w:rPr>
              <w:t>valori</w:t>
            </w:r>
            <w:proofErr w:type="spellEnd"/>
            <w:r>
              <w:rPr>
                <w:rFonts w:eastAsia="Arial"/>
                <w:b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b/>
                <w:sz w:val="15"/>
              </w:rPr>
              <w:t>și</w:t>
            </w:r>
            <w:proofErr w:type="spellEnd"/>
            <w:r>
              <w:rPr>
                <w:rFonts w:eastAsia="Arial"/>
                <w:b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b/>
                <w:sz w:val="15"/>
              </w:rPr>
              <w:t>aspecte</w:t>
            </w:r>
            <w:proofErr w:type="spellEnd"/>
            <w:r>
              <w:rPr>
                <w:rFonts w:eastAsia="Arial"/>
                <w:b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b/>
                <w:sz w:val="15"/>
              </w:rPr>
              <w:t>specifice</w:t>
            </w:r>
            <w:proofErr w:type="spellEnd"/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2D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52005041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3"/>
              </w:rPr>
              <w:t>2.1; 2.2; 2.3</w:t>
            </w:r>
          </w:p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2D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7113B1CA" w14:textId="77777777" w:rsidR="004D3322" w:rsidRDefault="00F01237">
            <w:pPr>
              <w:spacing w:after="0" w:line="228" w:lineRule="auto"/>
            </w:pPr>
            <w:r>
              <w:rPr>
                <w:b/>
                <w:sz w:val="14"/>
              </w:rPr>
              <w:t xml:space="preserve">4. </w:t>
            </w:r>
            <w:proofErr w:type="spellStart"/>
            <w:r>
              <w:rPr>
                <w:b/>
                <w:sz w:val="14"/>
              </w:rPr>
              <w:t>Dimensiunea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culturală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și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filosofică</w:t>
            </w:r>
            <w:proofErr w:type="spellEnd"/>
            <w:r>
              <w:rPr>
                <w:b/>
                <w:sz w:val="14"/>
              </w:rPr>
              <w:t xml:space="preserve"> a </w:t>
            </w:r>
            <w:proofErr w:type="spellStart"/>
            <w:r>
              <w:rPr>
                <w:b/>
                <w:sz w:val="14"/>
              </w:rPr>
              <w:t>religiilor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antice</w:t>
            </w:r>
            <w:proofErr w:type="spellEnd"/>
            <w:r>
              <w:rPr>
                <w:sz w:val="14"/>
              </w:rPr>
              <w:t xml:space="preserve"> (de la </w:t>
            </w:r>
            <w:proofErr w:type="spellStart"/>
            <w:r>
              <w:rPr>
                <w:sz w:val="14"/>
              </w:rPr>
              <w:t>mit</w:t>
            </w:r>
            <w:proofErr w:type="spellEnd"/>
            <w:r>
              <w:rPr>
                <w:sz w:val="14"/>
              </w:rPr>
              <w:t xml:space="preserve"> la </w:t>
            </w:r>
            <w:proofErr w:type="spellStart"/>
            <w:r>
              <w:rPr>
                <w:sz w:val="14"/>
              </w:rPr>
              <w:t>morală</w:t>
            </w:r>
            <w:proofErr w:type="spellEnd"/>
            <w:r>
              <w:rPr>
                <w:sz w:val="14"/>
              </w:rPr>
              <w:t xml:space="preserve">; </w:t>
            </w:r>
            <w:proofErr w:type="spellStart"/>
            <w:r>
              <w:rPr>
                <w:sz w:val="14"/>
              </w:rPr>
              <w:t>principii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și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norme</w:t>
            </w:r>
            <w:proofErr w:type="spellEnd"/>
            <w:r>
              <w:rPr>
                <w:sz w:val="14"/>
              </w:rPr>
              <w:t xml:space="preserve"> de </w:t>
            </w:r>
            <w:proofErr w:type="spellStart"/>
            <w:r>
              <w:rPr>
                <w:sz w:val="14"/>
              </w:rPr>
              <w:t>viață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comunitară</w:t>
            </w:r>
            <w:proofErr w:type="spellEnd"/>
            <w:r>
              <w:rPr>
                <w:sz w:val="14"/>
              </w:rPr>
              <w:t>)</w:t>
            </w: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2D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1B988CF8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2D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4664BFDD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S30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2D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22215CDA" w14:textId="77777777" w:rsidR="004D3322" w:rsidRDefault="00F01237">
            <w:pPr>
              <w:spacing w:after="0" w:line="228" w:lineRule="auto"/>
              <w:jc w:val="center"/>
            </w:pPr>
            <w:r>
              <w:rPr>
                <w:sz w:val="14"/>
              </w:rPr>
              <w:t>05.05–07.05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2D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74F3C952" w14:textId="77777777" w:rsidR="004D3322" w:rsidRDefault="004D3322">
            <w:pPr>
              <w:spacing w:after="0" w:line="228" w:lineRule="auto"/>
              <w:jc w:val="center"/>
            </w:pPr>
          </w:p>
        </w:tc>
      </w:tr>
      <w:tr w:rsidR="004D3322" w14:paraId="6D2B79C2" w14:textId="77777777">
        <w:trPr>
          <w:cantSplit/>
          <w:jc w:val="center"/>
        </w:trPr>
        <w:tc>
          <w:tcPr>
            <w:tcW w:w="56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2D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774037E3" w14:textId="77777777" w:rsidR="004D3322" w:rsidRDefault="004D3322"/>
        </w:tc>
        <w:tc>
          <w:tcPr>
            <w:tcW w:w="153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2D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75ACED4F" w14:textId="77777777" w:rsidR="004D3322" w:rsidRDefault="004D3322"/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2D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0618D4A2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3"/>
              </w:rPr>
              <w:t>2.1; 2.2; 2.3</w:t>
            </w:r>
          </w:p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2D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01A1F1BE" w14:textId="77777777" w:rsidR="004D3322" w:rsidRDefault="00F01237">
            <w:pPr>
              <w:spacing w:after="0" w:line="228" w:lineRule="auto"/>
            </w:pPr>
            <w:proofErr w:type="spellStart"/>
            <w:r>
              <w:rPr>
                <w:b/>
                <w:sz w:val="14"/>
              </w:rPr>
              <w:t>Recapitulare</w:t>
            </w:r>
            <w:proofErr w:type="spellEnd"/>
            <w:r>
              <w:rPr>
                <w:b/>
                <w:sz w:val="14"/>
              </w:rPr>
              <w:t xml:space="preserve"> – </w:t>
            </w:r>
            <w:proofErr w:type="spellStart"/>
            <w:r>
              <w:rPr>
                <w:b/>
                <w:sz w:val="14"/>
              </w:rPr>
              <w:t>Religiile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lumii</w:t>
            </w:r>
            <w:proofErr w:type="spellEnd"/>
            <w:r>
              <w:rPr>
                <w:b/>
                <w:sz w:val="14"/>
              </w:rPr>
              <w:t xml:space="preserve">: </w:t>
            </w:r>
            <w:proofErr w:type="spellStart"/>
            <w:r>
              <w:rPr>
                <w:b/>
                <w:sz w:val="14"/>
              </w:rPr>
              <w:t>valori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și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aspecte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specifice</w:t>
            </w:r>
            <w:proofErr w:type="spellEnd"/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2D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3CC3C3EA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2D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3D3FC332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S31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2D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52303CA4" w14:textId="77777777" w:rsidR="004D3322" w:rsidRDefault="00F01237">
            <w:pPr>
              <w:spacing w:after="0" w:line="228" w:lineRule="auto"/>
              <w:jc w:val="center"/>
            </w:pPr>
            <w:r>
              <w:rPr>
                <w:sz w:val="14"/>
              </w:rPr>
              <w:t>10.05–14.05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2D8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1F933380" w14:textId="77777777" w:rsidR="004D3322" w:rsidRDefault="004D3322">
            <w:pPr>
              <w:spacing w:after="0" w:line="228" w:lineRule="auto"/>
              <w:jc w:val="center"/>
            </w:pPr>
          </w:p>
        </w:tc>
      </w:tr>
      <w:tr w:rsidR="004D3322" w14:paraId="1925C99D" w14:textId="77777777">
        <w:trPr>
          <w:cantSplit/>
          <w:jc w:val="center"/>
        </w:trPr>
        <w:tc>
          <w:tcPr>
            <w:tcW w:w="56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1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37EAF386" w14:textId="77777777" w:rsidR="004D3322" w:rsidRDefault="004D3322"/>
        </w:tc>
        <w:tc>
          <w:tcPr>
            <w:tcW w:w="153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1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4B8D32D2" w14:textId="77777777" w:rsidR="004D3322" w:rsidRDefault="004D3322"/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1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02E385A6" w14:textId="77777777" w:rsidR="004D3322" w:rsidRDefault="00F01237">
            <w:pPr>
              <w:spacing w:after="0" w:line="228" w:lineRule="auto"/>
              <w:jc w:val="center"/>
            </w:pPr>
            <w:r>
              <w:rPr>
                <w:rFonts w:eastAsia="Arial"/>
                <w:b/>
                <w:sz w:val="15"/>
              </w:rPr>
              <w:t>2.1; 2.2; 2.3</w:t>
            </w:r>
          </w:p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1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6D8ADF3C" w14:textId="77777777" w:rsidR="004D3322" w:rsidRDefault="00F01237">
            <w:pPr>
              <w:spacing w:after="0" w:line="228" w:lineRule="auto"/>
            </w:pPr>
            <w:proofErr w:type="spellStart"/>
            <w:r>
              <w:rPr>
                <w:rFonts w:eastAsia="Arial"/>
                <w:b/>
                <w:sz w:val="15"/>
              </w:rPr>
              <w:t>Activități</w:t>
            </w:r>
            <w:proofErr w:type="spellEnd"/>
            <w:r>
              <w:rPr>
                <w:rFonts w:eastAsia="Arial"/>
                <w:b/>
                <w:sz w:val="15"/>
              </w:rPr>
              <w:t xml:space="preserve"> de </w:t>
            </w:r>
            <w:proofErr w:type="spellStart"/>
            <w:r>
              <w:rPr>
                <w:rFonts w:eastAsia="Arial"/>
                <w:b/>
                <w:sz w:val="15"/>
              </w:rPr>
              <w:t>consolidare</w:t>
            </w:r>
            <w:proofErr w:type="spellEnd"/>
            <w:r>
              <w:rPr>
                <w:rFonts w:eastAsia="Arial"/>
                <w:b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b/>
                <w:sz w:val="15"/>
              </w:rPr>
              <w:t>și</w:t>
            </w:r>
            <w:proofErr w:type="spellEnd"/>
            <w:r>
              <w:rPr>
                <w:rFonts w:eastAsia="Arial"/>
                <w:b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b/>
                <w:sz w:val="15"/>
              </w:rPr>
              <w:t>aprofundare</w:t>
            </w:r>
            <w:proofErr w:type="spellEnd"/>
            <w:r>
              <w:rPr>
                <w:rFonts w:eastAsia="Arial"/>
                <w:b/>
                <w:sz w:val="15"/>
              </w:rPr>
              <w:t xml:space="preserve"> – </w:t>
            </w:r>
            <w:proofErr w:type="spellStart"/>
            <w:r>
              <w:rPr>
                <w:rFonts w:eastAsia="Arial"/>
                <w:b/>
                <w:sz w:val="15"/>
              </w:rPr>
              <w:t>Religiile</w:t>
            </w:r>
            <w:proofErr w:type="spellEnd"/>
            <w:r>
              <w:rPr>
                <w:rFonts w:eastAsia="Arial"/>
                <w:b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b/>
                <w:sz w:val="15"/>
              </w:rPr>
              <w:t>lumii</w:t>
            </w:r>
            <w:proofErr w:type="spellEnd"/>
            <w:r>
              <w:rPr>
                <w:rFonts w:eastAsia="Arial"/>
                <w:b/>
                <w:sz w:val="15"/>
              </w:rPr>
              <w:t xml:space="preserve">: </w:t>
            </w:r>
            <w:proofErr w:type="spellStart"/>
            <w:r>
              <w:rPr>
                <w:rFonts w:eastAsia="Arial"/>
                <w:b/>
                <w:sz w:val="15"/>
              </w:rPr>
              <w:t>valori</w:t>
            </w:r>
            <w:proofErr w:type="spellEnd"/>
            <w:r>
              <w:rPr>
                <w:rFonts w:eastAsia="Arial"/>
                <w:b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b/>
                <w:sz w:val="15"/>
              </w:rPr>
              <w:t>și</w:t>
            </w:r>
            <w:proofErr w:type="spellEnd"/>
            <w:r>
              <w:rPr>
                <w:rFonts w:eastAsia="Arial"/>
                <w:b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b/>
                <w:sz w:val="15"/>
              </w:rPr>
              <w:t>aspecte</w:t>
            </w:r>
            <w:proofErr w:type="spellEnd"/>
            <w:r>
              <w:rPr>
                <w:rFonts w:eastAsia="Arial"/>
                <w:b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b/>
                <w:sz w:val="15"/>
              </w:rPr>
              <w:t>specifice</w:t>
            </w:r>
            <w:proofErr w:type="spellEnd"/>
            <w:r>
              <w:rPr>
                <w:rFonts w:eastAsia="Arial"/>
                <w:b/>
                <w:sz w:val="15"/>
              </w:rPr>
              <w:t>*</w:t>
            </w: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1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03A2E7E8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1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1BA75114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S32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1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7CDE1CAA" w14:textId="77777777" w:rsidR="004D3322" w:rsidRDefault="00F01237">
            <w:pPr>
              <w:spacing w:after="0" w:line="228" w:lineRule="auto"/>
              <w:jc w:val="center"/>
            </w:pPr>
            <w:r>
              <w:rPr>
                <w:sz w:val="14"/>
              </w:rPr>
              <w:t>17.05–21.05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1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6FFEB2FF" w14:textId="77777777" w:rsidR="004D3322" w:rsidRDefault="004D3322">
            <w:pPr>
              <w:spacing w:after="0" w:line="228" w:lineRule="auto"/>
              <w:jc w:val="center"/>
            </w:pPr>
          </w:p>
        </w:tc>
      </w:tr>
      <w:tr w:rsidR="004D3322" w14:paraId="113352FD" w14:textId="77777777">
        <w:trPr>
          <w:cantSplit/>
          <w:jc w:val="center"/>
        </w:trPr>
        <w:tc>
          <w:tcPr>
            <w:tcW w:w="5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59B451F1" w14:textId="77777777" w:rsidR="004D3322" w:rsidRDefault="004D3322">
            <w:pPr>
              <w:spacing w:after="0" w:line="228" w:lineRule="auto"/>
              <w:jc w:val="center"/>
            </w:pPr>
          </w:p>
        </w:tc>
        <w:tc>
          <w:tcPr>
            <w:tcW w:w="15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75B87672" w14:textId="77777777" w:rsidR="004D3322" w:rsidRDefault="00F01237">
            <w:pPr>
              <w:spacing w:after="0" w:line="228" w:lineRule="auto"/>
              <w:jc w:val="center"/>
            </w:pPr>
            <w:proofErr w:type="spellStart"/>
            <w:r>
              <w:rPr>
                <w:b/>
                <w:sz w:val="14"/>
              </w:rPr>
              <w:t>Sinteză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și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portofoliu</w:t>
            </w:r>
            <w:proofErr w:type="spellEnd"/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40A4E2D5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3"/>
              </w:rPr>
              <w:t>1.1; 2.3; 3.3; 4.3</w:t>
            </w:r>
          </w:p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109EE31E" w14:textId="77777777" w:rsidR="004D3322" w:rsidRDefault="00F01237">
            <w:pPr>
              <w:spacing w:after="0" w:line="228" w:lineRule="auto"/>
            </w:pPr>
            <w:proofErr w:type="spellStart"/>
            <w:r>
              <w:rPr>
                <w:b/>
                <w:sz w:val="14"/>
              </w:rPr>
              <w:t>Activitate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integratoare</w:t>
            </w:r>
            <w:proofErr w:type="spellEnd"/>
            <w:r>
              <w:rPr>
                <w:b/>
                <w:sz w:val="14"/>
              </w:rPr>
              <w:t xml:space="preserve"> / </w:t>
            </w:r>
            <w:proofErr w:type="spellStart"/>
            <w:r>
              <w:rPr>
                <w:b/>
                <w:sz w:val="14"/>
              </w:rPr>
              <w:t>portofoliu</w:t>
            </w:r>
            <w:proofErr w:type="spellEnd"/>
            <w:r>
              <w:rPr>
                <w:b/>
                <w:sz w:val="14"/>
              </w:rPr>
              <w:t xml:space="preserve">: </w:t>
            </w:r>
            <w:proofErr w:type="spellStart"/>
            <w:r>
              <w:rPr>
                <w:b/>
                <w:sz w:val="14"/>
              </w:rPr>
              <w:t>Creștinul</w:t>
            </w:r>
            <w:proofErr w:type="spellEnd"/>
            <w:r>
              <w:rPr>
                <w:b/>
                <w:sz w:val="14"/>
              </w:rPr>
              <w:t xml:space="preserve"> – </w:t>
            </w:r>
            <w:proofErr w:type="spellStart"/>
            <w:r>
              <w:rPr>
                <w:b/>
                <w:sz w:val="14"/>
              </w:rPr>
              <w:t>ucenic</w:t>
            </w:r>
            <w:proofErr w:type="spellEnd"/>
            <w:r>
              <w:rPr>
                <w:b/>
                <w:sz w:val="14"/>
              </w:rPr>
              <w:t xml:space="preserve"> al </w:t>
            </w:r>
            <w:proofErr w:type="spellStart"/>
            <w:r>
              <w:rPr>
                <w:b/>
                <w:sz w:val="14"/>
              </w:rPr>
              <w:t>Domnului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Iisus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Hristos</w:t>
            </w:r>
            <w:proofErr w:type="spellEnd"/>
            <w:r>
              <w:rPr>
                <w:b/>
                <w:sz w:val="14"/>
              </w:rPr>
              <w:t>*</w:t>
            </w: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3A7BB24B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3673AA28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S33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0E53A23E" w14:textId="77777777" w:rsidR="004D3322" w:rsidRDefault="00F01237">
            <w:pPr>
              <w:spacing w:after="0" w:line="228" w:lineRule="auto"/>
              <w:jc w:val="center"/>
            </w:pPr>
            <w:r>
              <w:rPr>
                <w:sz w:val="14"/>
              </w:rPr>
              <w:t>24.05–28.05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3983D29B" w14:textId="77777777" w:rsidR="004D3322" w:rsidRDefault="004D3322">
            <w:pPr>
              <w:spacing w:after="0" w:line="228" w:lineRule="auto"/>
              <w:jc w:val="center"/>
            </w:pPr>
          </w:p>
        </w:tc>
      </w:tr>
      <w:tr w:rsidR="004D3322" w14:paraId="534DDA65" w14:textId="77777777">
        <w:trPr>
          <w:cantSplit/>
          <w:jc w:val="center"/>
        </w:trPr>
        <w:tc>
          <w:tcPr>
            <w:tcW w:w="5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79035CBE" w14:textId="77777777" w:rsidR="004D3322" w:rsidRDefault="004D3322">
            <w:pPr>
              <w:spacing w:after="0" w:line="228" w:lineRule="auto"/>
              <w:jc w:val="center"/>
            </w:pPr>
          </w:p>
        </w:tc>
        <w:tc>
          <w:tcPr>
            <w:tcW w:w="15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1109E501" w14:textId="77777777" w:rsidR="004D3322" w:rsidRDefault="00F01237">
            <w:pPr>
              <w:spacing w:after="0" w:line="228" w:lineRule="auto"/>
              <w:jc w:val="center"/>
            </w:pPr>
            <w:proofErr w:type="spellStart"/>
            <w:r>
              <w:rPr>
                <w:b/>
                <w:sz w:val="14"/>
              </w:rPr>
              <w:t>Recapitulare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finală</w:t>
            </w:r>
            <w:proofErr w:type="spellEnd"/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43A31421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3"/>
              </w:rPr>
              <w:t xml:space="preserve">CS </w:t>
            </w:r>
            <w:proofErr w:type="spellStart"/>
            <w:r>
              <w:rPr>
                <w:b/>
                <w:sz w:val="13"/>
              </w:rPr>
              <w:t>vizate</w:t>
            </w:r>
            <w:proofErr w:type="spellEnd"/>
            <w:r>
              <w:rPr>
                <w:b/>
                <w:sz w:val="13"/>
              </w:rPr>
              <w:t xml:space="preserve"> </w:t>
            </w:r>
            <w:proofErr w:type="spellStart"/>
            <w:r>
              <w:rPr>
                <w:b/>
                <w:sz w:val="13"/>
              </w:rPr>
              <w:t>pe</w:t>
            </w:r>
            <w:proofErr w:type="spellEnd"/>
            <w:r>
              <w:rPr>
                <w:b/>
                <w:sz w:val="13"/>
              </w:rPr>
              <w:t xml:space="preserve"> </w:t>
            </w:r>
            <w:proofErr w:type="spellStart"/>
            <w:r>
              <w:rPr>
                <w:b/>
                <w:sz w:val="13"/>
              </w:rPr>
              <w:t>parcursul</w:t>
            </w:r>
            <w:proofErr w:type="spellEnd"/>
            <w:r>
              <w:rPr>
                <w:b/>
                <w:sz w:val="13"/>
              </w:rPr>
              <w:t xml:space="preserve"> </w:t>
            </w:r>
            <w:proofErr w:type="spellStart"/>
            <w:r>
              <w:rPr>
                <w:b/>
                <w:sz w:val="13"/>
              </w:rPr>
              <w:t>anului</w:t>
            </w:r>
            <w:proofErr w:type="spellEnd"/>
          </w:p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62481BBD" w14:textId="77777777" w:rsidR="004D3322" w:rsidRDefault="00F01237">
            <w:pPr>
              <w:spacing w:after="0" w:line="228" w:lineRule="auto"/>
            </w:pPr>
            <w:proofErr w:type="spellStart"/>
            <w:r>
              <w:rPr>
                <w:b/>
                <w:sz w:val="14"/>
              </w:rPr>
              <w:t>Recapitulare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finală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și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consolidarea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achizițiilor</w:t>
            </w:r>
            <w:proofErr w:type="spellEnd"/>
            <w:r>
              <w:rPr>
                <w:b/>
                <w:sz w:val="14"/>
              </w:rPr>
              <w:t>*</w:t>
            </w: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035D1521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250042F2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S34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1614FAFC" w14:textId="77777777" w:rsidR="004D3322" w:rsidRDefault="00F01237">
            <w:pPr>
              <w:spacing w:after="0" w:line="228" w:lineRule="auto"/>
              <w:jc w:val="center"/>
            </w:pPr>
            <w:r>
              <w:rPr>
                <w:sz w:val="14"/>
              </w:rPr>
              <w:t>31.05–04.06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3DED4A72" w14:textId="77777777" w:rsidR="004D3322" w:rsidRDefault="00F01237">
            <w:pPr>
              <w:spacing w:after="0" w:line="228" w:lineRule="auto"/>
              <w:jc w:val="center"/>
            </w:pPr>
            <w:r>
              <w:rPr>
                <w:sz w:val="13"/>
              </w:rPr>
              <w:t xml:space="preserve">01.06 – </w:t>
            </w:r>
            <w:proofErr w:type="spellStart"/>
            <w:r>
              <w:rPr>
                <w:sz w:val="13"/>
              </w:rPr>
              <w:t>zi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nelucrătoare</w:t>
            </w:r>
            <w:proofErr w:type="spellEnd"/>
          </w:p>
        </w:tc>
      </w:tr>
      <w:tr w:rsidR="004D3322" w14:paraId="0C079BC6" w14:textId="77777777">
        <w:trPr>
          <w:cantSplit/>
          <w:jc w:val="center"/>
        </w:trPr>
        <w:tc>
          <w:tcPr>
            <w:tcW w:w="5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6CC02C81" w14:textId="77777777" w:rsidR="004D3322" w:rsidRDefault="004D3322">
            <w:pPr>
              <w:spacing w:after="0" w:line="228" w:lineRule="auto"/>
              <w:jc w:val="center"/>
            </w:pPr>
          </w:p>
        </w:tc>
        <w:tc>
          <w:tcPr>
            <w:tcW w:w="15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23784C92" w14:textId="77777777" w:rsidR="004D3322" w:rsidRDefault="00F01237">
            <w:pPr>
              <w:spacing w:after="0" w:line="228" w:lineRule="auto"/>
              <w:jc w:val="center"/>
            </w:pPr>
            <w:proofErr w:type="spellStart"/>
            <w:r>
              <w:rPr>
                <w:b/>
                <w:sz w:val="14"/>
              </w:rPr>
              <w:t>Activități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remediale</w:t>
            </w:r>
            <w:proofErr w:type="spellEnd"/>
            <w:r>
              <w:rPr>
                <w:b/>
                <w:sz w:val="14"/>
              </w:rPr>
              <w:t xml:space="preserve"> / de </w:t>
            </w:r>
            <w:proofErr w:type="spellStart"/>
            <w:r>
              <w:rPr>
                <w:b/>
                <w:sz w:val="14"/>
              </w:rPr>
              <w:t>aprofundare</w:t>
            </w:r>
            <w:proofErr w:type="spellEnd"/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591E52AE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3"/>
              </w:rPr>
              <w:t xml:space="preserve">CS </w:t>
            </w:r>
            <w:proofErr w:type="spellStart"/>
            <w:r>
              <w:rPr>
                <w:b/>
                <w:sz w:val="13"/>
              </w:rPr>
              <w:t>vizate</w:t>
            </w:r>
            <w:proofErr w:type="spellEnd"/>
            <w:r>
              <w:rPr>
                <w:b/>
                <w:sz w:val="13"/>
              </w:rPr>
              <w:t xml:space="preserve"> </w:t>
            </w:r>
            <w:proofErr w:type="spellStart"/>
            <w:r>
              <w:rPr>
                <w:b/>
                <w:sz w:val="13"/>
              </w:rPr>
              <w:t>pe</w:t>
            </w:r>
            <w:proofErr w:type="spellEnd"/>
            <w:r>
              <w:rPr>
                <w:b/>
                <w:sz w:val="13"/>
              </w:rPr>
              <w:t xml:space="preserve"> </w:t>
            </w:r>
            <w:proofErr w:type="spellStart"/>
            <w:r>
              <w:rPr>
                <w:b/>
                <w:sz w:val="13"/>
              </w:rPr>
              <w:t>parcursul</w:t>
            </w:r>
            <w:proofErr w:type="spellEnd"/>
            <w:r>
              <w:rPr>
                <w:b/>
                <w:sz w:val="13"/>
              </w:rPr>
              <w:t xml:space="preserve"> </w:t>
            </w:r>
            <w:proofErr w:type="spellStart"/>
            <w:r>
              <w:rPr>
                <w:b/>
                <w:sz w:val="13"/>
              </w:rPr>
              <w:t>anului</w:t>
            </w:r>
            <w:proofErr w:type="spellEnd"/>
          </w:p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7B56CEA6" w14:textId="77777777" w:rsidR="004D3322" w:rsidRDefault="00F01237">
            <w:pPr>
              <w:spacing w:after="0" w:line="228" w:lineRule="auto"/>
            </w:pPr>
            <w:proofErr w:type="spellStart"/>
            <w:r>
              <w:rPr>
                <w:sz w:val="14"/>
              </w:rPr>
              <w:t>Activități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remediale</w:t>
            </w:r>
            <w:proofErr w:type="spellEnd"/>
            <w:r>
              <w:rPr>
                <w:sz w:val="14"/>
              </w:rPr>
              <w:t xml:space="preserve">, de </w:t>
            </w:r>
            <w:proofErr w:type="spellStart"/>
            <w:r>
              <w:rPr>
                <w:sz w:val="14"/>
              </w:rPr>
              <w:t>consolidare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și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aprofundare</w:t>
            </w:r>
            <w:proofErr w:type="spellEnd"/>
            <w:r>
              <w:rPr>
                <w:sz w:val="14"/>
              </w:rPr>
              <w:t>*</w:t>
            </w: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4C42B6A8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36662AB7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S35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0881869A" w14:textId="77777777" w:rsidR="004D3322" w:rsidRDefault="00F01237">
            <w:pPr>
              <w:spacing w:after="0" w:line="228" w:lineRule="auto"/>
              <w:jc w:val="center"/>
            </w:pPr>
            <w:r>
              <w:rPr>
                <w:sz w:val="14"/>
              </w:rPr>
              <w:t>07.06–11.06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6C15666F" w14:textId="77777777" w:rsidR="004D3322" w:rsidRDefault="004D3322">
            <w:pPr>
              <w:spacing w:after="0" w:line="228" w:lineRule="auto"/>
              <w:jc w:val="center"/>
            </w:pPr>
          </w:p>
        </w:tc>
      </w:tr>
      <w:tr w:rsidR="004D3322" w14:paraId="55087D68" w14:textId="77777777">
        <w:trPr>
          <w:cantSplit/>
          <w:jc w:val="center"/>
        </w:trPr>
        <w:tc>
          <w:tcPr>
            <w:tcW w:w="5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0F0F0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1AEFC0B1" w14:textId="77777777" w:rsidR="004D3322" w:rsidRDefault="004D3322">
            <w:pPr>
              <w:spacing w:after="0" w:line="228" w:lineRule="auto"/>
              <w:jc w:val="center"/>
            </w:pPr>
          </w:p>
        </w:tc>
        <w:tc>
          <w:tcPr>
            <w:tcW w:w="15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0F0F0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7ABFFDE5" w14:textId="77777777" w:rsidR="004D3322" w:rsidRDefault="00F01237">
            <w:pPr>
              <w:spacing w:after="0" w:line="228" w:lineRule="auto"/>
              <w:jc w:val="center"/>
            </w:pPr>
            <w:proofErr w:type="spellStart"/>
            <w:r>
              <w:rPr>
                <w:b/>
                <w:sz w:val="14"/>
              </w:rPr>
              <w:t>Evaluare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finală</w:t>
            </w:r>
            <w:proofErr w:type="spellEnd"/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0F0F0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327C31DA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3"/>
              </w:rPr>
              <w:t xml:space="preserve">CS </w:t>
            </w:r>
            <w:proofErr w:type="spellStart"/>
            <w:r>
              <w:rPr>
                <w:b/>
                <w:sz w:val="13"/>
              </w:rPr>
              <w:t>vizate</w:t>
            </w:r>
            <w:proofErr w:type="spellEnd"/>
            <w:r>
              <w:rPr>
                <w:b/>
                <w:sz w:val="13"/>
              </w:rPr>
              <w:t xml:space="preserve"> </w:t>
            </w:r>
            <w:proofErr w:type="spellStart"/>
            <w:r>
              <w:rPr>
                <w:b/>
                <w:sz w:val="13"/>
              </w:rPr>
              <w:t>pe</w:t>
            </w:r>
            <w:proofErr w:type="spellEnd"/>
            <w:r>
              <w:rPr>
                <w:b/>
                <w:sz w:val="13"/>
              </w:rPr>
              <w:t xml:space="preserve"> </w:t>
            </w:r>
            <w:proofErr w:type="spellStart"/>
            <w:r>
              <w:rPr>
                <w:b/>
                <w:sz w:val="13"/>
              </w:rPr>
              <w:t>parcursul</w:t>
            </w:r>
            <w:proofErr w:type="spellEnd"/>
            <w:r>
              <w:rPr>
                <w:b/>
                <w:sz w:val="13"/>
              </w:rPr>
              <w:t xml:space="preserve"> </w:t>
            </w:r>
            <w:proofErr w:type="spellStart"/>
            <w:r>
              <w:rPr>
                <w:b/>
                <w:sz w:val="13"/>
              </w:rPr>
              <w:t>anului</w:t>
            </w:r>
            <w:proofErr w:type="spellEnd"/>
          </w:p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0F0F0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6191552E" w14:textId="7D175AF2" w:rsidR="004D3322" w:rsidRDefault="00F01237">
            <w:pPr>
              <w:spacing w:after="0" w:line="228" w:lineRule="auto"/>
            </w:pPr>
            <w:proofErr w:type="spellStart"/>
            <w:r>
              <w:rPr>
                <w:rFonts w:eastAsia="Arial"/>
                <w:b/>
                <w:sz w:val="15"/>
              </w:rPr>
              <w:t>Evaluare</w:t>
            </w:r>
            <w:proofErr w:type="spellEnd"/>
            <w:r>
              <w:rPr>
                <w:rFonts w:eastAsia="Arial"/>
                <w:b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b/>
                <w:sz w:val="15"/>
              </w:rPr>
              <w:t>sumativă</w:t>
            </w:r>
            <w:proofErr w:type="spellEnd"/>
            <w:r>
              <w:rPr>
                <w:rFonts w:eastAsia="Arial"/>
                <w:b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b/>
                <w:sz w:val="15"/>
              </w:rPr>
              <w:t>finală</w:t>
            </w:r>
            <w:proofErr w:type="spellEnd"/>
            <w:r>
              <w:rPr>
                <w:rFonts w:eastAsia="Arial"/>
                <w:b/>
                <w:sz w:val="15"/>
              </w:rPr>
              <w:t xml:space="preserve"> – </w:t>
            </w:r>
            <w:proofErr w:type="spellStart"/>
            <w:r>
              <w:rPr>
                <w:rFonts w:eastAsia="Arial"/>
                <w:b/>
                <w:sz w:val="15"/>
              </w:rPr>
              <w:t>Modulul</w:t>
            </w:r>
            <w:proofErr w:type="spellEnd"/>
            <w:r>
              <w:rPr>
                <w:rFonts w:eastAsia="Arial"/>
                <w:b/>
                <w:sz w:val="15"/>
              </w:rPr>
              <w:t xml:space="preserve"> al V-lea</w:t>
            </w: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0F0F0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1F7DAF83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0F0F0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33C2FA59" w14:textId="77777777" w:rsidR="004D3322" w:rsidRDefault="00F01237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S36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0F0F0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5A0B064A" w14:textId="77777777" w:rsidR="004D3322" w:rsidRDefault="00F01237">
            <w:pPr>
              <w:spacing w:after="0" w:line="228" w:lineRule="auto"/>
              <w:jc w:val="center"/>
            </w:pPr>
            <w:r>
              <w:rPr>
                <w:sz w:val="14"/>
              </w:rPr>
              <w:t>14.06–18.06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0F0F0"/>
            <w:tcMar>
              <w:top w:w="25" w:type="dxa"/>
              <w:left w:w="28" w:type="dxa"/>
              <w:bottom w:w="25" w:type="dxa"/>
              <w:right w:w="28" w:type="dxa"/>
            </w:tcMar>
            <w:vAlign w:val="center"/>
          </w:tcPr>
          <w:p w14:paraId="73FD3C8A" w14:textId="77777777" w:rsidR="004D3322" w:rsidRDefault="004D3322">
            <w:pPr>
              <w:spacing w:after="0" w:line="228" w:lineRule="auto"/>
              <w:jc w:val="center"/>
            </w:pPr>
          </w:p>
        </w:tc>
      </w:tr>
    </w:tbl>
    <w:p w14:paraId="41BFE19D" w14:textId="77777777" w:rsidR="00130B7B" w:rsidRDefault="00130B7B"/>
    <w:p w14:paraId="793F0DE9" w14:textId="77777777" w:rsidR="00130B7B" w:rsidRDefault="00F01237">
      <w:pPr>
        <w:spacing w:after="20"/>
      </w:pPr>
      <w:r>
        <w:rPr>
          <w:i/>
          <w:sz w:val="14"/>
        </w:rPr>
        <w:t xml:space="preserve">* </w:t>
      </w:r>
      <w:proofErr w:type="spellStart"/>
      <w:r>
        <w:rPr>
          <w:i/>
          <w:sz w:val="14"/>
        </w:rPr>
        <w:t>Activități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realizate</w:t>
      </w:r>
      <w:proofErr w:type="spellEnd"/>
      <w:r>
        <w:rPr>
          <w:i/>
          <w:sz w:val="14"/>
        </w:rPr>
        <w:t xml:space="preserve"> din </w:t>
      </w:r>
      <w:proofErr w:type="spellStart"/>
      <w:r>
        <w:rPr>
          <w:i/>
          <w:sz w:val="14"/>
        </w:rPr>
        <w:t>orele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aflate</w:t>
      </w:r>
      <w:proofErr w:type="spellEnd"/>
      <w:r>
        <w:rPr>
          <w:i/>
          <w:sz w:val="14"/>
        </w:rPr>
        <w:t xml:space="preserve"> la </w:t>
      </w:r>
      <w:proofErr w:type="spellStart"/>
      <w:r>
        <w:rPr>
          <w:i/>
          <w:sz w:val="14"/>
        </w:rPr>
        <w:t>dispoziția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profesorului</w:t>
      </w:r>
      <w:proofErr w:type="spellEnd"/>
      <w:r>
        <w:rPr>
          <w:i/>
          <w:sz w:val="14"/>
        </w:rPr>
        <w:t xml:space="preserve">, </w:t>
      </w:r>
      <w:proofErr w:type="spellStart"/>
      <w:r>
        <w:rPr>
          <w:i/>
          <w:sz w:val="14"/>
        </w:rPr>
        <w:t>utilizate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pentru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integrare</w:t>
      </w:r>
      <w:proofErr w:type="spellEnd"/>
      <w:r>
        <w:rPr>
          <w:i/>
          <w:sz w:val="14"/>
        </w:rPr>
        <w:t xml:space="preserve">, </w:t>
      </w:r>
      <w:proofErr w:type="spellStart"/>
      <w:r>
        <w:rPr>
          <w:i/>
          <w:sz w:val="14"/>
        </w:rPr>
        <w:t>recapitulare</w:t>
      </w:r>
      <w:proofErr w:type="spellEnd"/>
      <w:r>
        <w:rPr>
          <w:i/>
          <w:sz w:val="14"/>
        </w:rPr>
        <w:t xml:space="preserve">, </w:t>
      </w:r>
      <w:proofErr w:type="spellStart"/>
      <w:r>
        <w:rPr>
          <w:i/>
          <w:sz w:val="14"/>
        </w:rPr>
        <w:t>consolidare</w:t>
      </w:r>
      <w:proofErr w:type="spellEnd"/>
      <w:r>
        <w:rPr>
          <w:i/>
          <w:sz w:val="14"/>
        </w:rPr>
        <w:t xml:space="preserve">, </w:t>
      </w:r>
      <w:proofErr w:type="spellStart"/>
      <w:r>
        <w:rPr>
          <w:i/>
          <w:sz w:val="14"/>
        </w:rPr>
        <w:t>aprofundare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sau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remediere</w:t>
      </w:r>
      <w:proofErr w:type="spellEnd"/>
      <w:r>
        <w:rPr>
          <w:i/>
          <w:sz w:val="14"/>
        </w:rPr>
        <w:t>.</w:t>
      </w:r>
    </w:p>
    <w:p w14:paraId="0305A799" w14:textId="77777777" w:rsidR="004D3322" w:rsidRDefault="00F01237">
      <w:pPr>
        <w:spacing w:after="0"/>
      </w:pPr>
      <w:proofErr w:type="spellStart"/>
      <w:r>
        <w:rPr>
          <w:i/>
          <w:sz w:val="14"/>
        </w:rPr>
        <w:t>Notă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metodică</w:t>
      </w:r>
      <w:proofErr w:type="spellEnd"/>
      <w:r>
        <w:rPr>
          <w:i/>
          <w:sz w:val="14"/>
        </w:rPr>
        <w:t xml:space="preserve">: </w:t>
      </w:r>
      <w:proofErr w:type="spellStart"/>
      <w:r>
        <w:rPr>
          <w:i/>
          <w:sz w:val="14"/>
        </w:rPr>
        <w:t>lecțiile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sunt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planificate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în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aceeași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structură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și</w:t>
      </w:r>
      <w:proofErr w:type="spellEnd"/>
      <w:r>
        <w:rPr>
          <w:i/>
          <w:sz w:val="14"/>
        </w:rPr>
        <w:t xml:space="preserve"> cu </w:t>
      </w:r>
      <w:proofErr w:type="spellStart"/>
      <w:r>
        <w:rPr>
          <w:i/>
          <w:sz w:val="14"/>
        </w:rPr>
        <w:t>aceleași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delimitări</w:t>
      </w:r>
      <w:proofErr w:type="spellEnd"/>
      <w:r>
        <w:rPr>
          <w:i/>
          <w:sz w:val="14"/>
        </w:rPr>
        <w:t xml:space="preserve"> ca </w:t>
      </w:r>
      <w:proofErr w:type="spellStart"/>
      <w:r>
        <w:rPr>
          <w:i/>
          <w:sz w:val="14"/>
        </w:rPr>
        <w:t>în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manualul</w:t>
      </w:r>
      <w:proofErr w:type="spellEnd"/>
      <w:r>
        <w:rPr>
          <w:i/>
          <w:sz w:val="14"/>
        </w:rPr>
        <w:t xml:space="preserve"> de Religie – </w:t>
      </w:r>
      <w:proofErr w:type="spellStart"/>
      <w:r>
        <w:rPr>
          <w:i/>
          <w:sz w:val="14"/>
        </w:rPr>
        <w:t>Cultul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Ortodox</w:t>
      </w:r>
      <w:proofErr w:type="spellEnd"/>
      <w:r>
        <w:rPr>
          <w:i/>
          <w:sz w:val="14"/>
        </w:rPr>
        <w:t xml:space="preserve">, </w:t>
      </w:r>
      <w:proofErr w:type="spellStart"/>
      <w:r>
        <w:rPr>
          <w:i/>
          <w:sz w:val="14"/>
        </w:rPr>
        <w:t>clasa</w:t>
      </w:r>
      <w:proofErr w:type="spellEnd"/>
      <w:r>
        <w:rPr>
          <w:i/>
          <w:sz w:val="14"/>
        </w:rPr>
        <w:t xml:space="preserve"> a IX-a; la </w:t>
      </w:r>
      <w:proofErr w:type="spellStart"/>
      <w:r>
        <w:rPr>
          <w:i/>
          <w:sz w:val="14"/>
        </w:rPr>
        <w:t>finalul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fiecărui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modul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este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prevăzută</w:t>
      </w:r>
      <w:proofErr w:type="spellEnd"/>
      <w:r>
        <w:rPr>
          <w:i/>
          <w:sz w:val="14"/>
        </w:rPr>
        <w:t xml:space="preserve"> o </w:t>
      </w:r>
      <w:proofErr w:type="spellStart"/>
      <w:r>
        <w:rPr>
          <w:i/>
          <w:sz w:val="14"/>
        </w:rPr>
        <w:t>evaluare</w:t>
      </w:r>
      <w:proofErr w:type="spellEnd"/>
      <w:r>
        <w:rPr>
          <w:i/>
          <w:sz w:val="14"/>
        </w:rPr>
        <w:t xml:space="preserve"> de </w:t>
      </w:r>
      <w:proofErr w:type="spellStart"/>
      <w:r>
        <w:rPr>
          <w:i/>
          <w:sz w:val="14"/>
        </w:rPr>
        <w:t>etapă</w:t>
      </w:r>
      <w:proofErr w:type="spellEnd"/>
      <w:r>
        <w:rPr>
          <w:i/>
          <w:sz w:val="14"/>
        </w:rPr>
        <w:t xml:space="preserve">, </w:t>
      </w:r>
      <w:proofErr w:type="spellStart"/>
      <w:r>
        <w:rPr>
          <w:i/>
          <w:sz w:val="14"/>
        </w:rPr>
        <w:t>chiar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dacă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unitatea</w:t>
      </w:r>
      <w:proofErr w:type="spellEnd"/>
      <w:r>
        <w:rPr>
          <w:i/>
          <w:sz w:val="14"/>
        </w:rPr>
        <w:t xml:space="preserve"> de </w:t>
      </w:r>
      <w:proofErr w:type="spellStart"/>
      <w:r>
        <w:rPr>
          <w:i/>
          <w:sz w:val="14"/>
        </w:rPr>
        <w:t>învățare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conti</w:t>
      </w:r>
      <w:r>
        <w:rPr>
          <w:i/>
          <w:sz w:val="14"/>
        </w:rPr>
        <w:t>nuă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în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modulul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următor</w:t>
      </w:r>
      <w:proofErr w:type="spellEnd"/>
      <w:r>
        <w:rPr>
          <w:i/>
          <w:sz w:val="14"/>
        </w:rPr>
        <w:t>.</w:t>
      </w:r>
    </w:p>
    <w:p w14:paraId="0AFB471E" w14:textId="77777777" w:rsidR="00130B7B" w:rsidRDefault="00F01237">
      <w:pPr>
        <w:spacing w:after="20"/>
      </w:pPr>
      <w:proofErr w:type="spellStart"/>
      <w:r>
        <w:rPr>
          <w:sz w:val="14"/>
        </w:rPr>
        <w:t>Notă</w:t>
      </w:r>
      <w:proofErr w:type="spellEnd"/>
      <w:r>
        <w:rPr>
          <w:sz w:val="14"/>
        </w:rPr>
        <w:t xml:space="preserve">: </w:t>
      </w:r>
      <w:proofErr w:type="spellStart"/>
      <w:r>
        <w:rPr>
          <w:sz w:val="14"/>
        </w:rPr>
        <w:t>perioadele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propuse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pentru</w:t>
      </w:r>
      <w:proofErr w:type="spellEnd"/>
      <w:r>
        <w:rPr>
          <w:sz w:val="14"/>
        </w:rPr>
        <w:t xml:space="preserve"> „</w:t>
      </w:r>
      <w:proofErr w:type="spellStart"/>
      <w:r>
        <w:rPr>
          <w:sz w:val="14"/>
        </w:rPr>
        <w:t>Școala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altfel</w:t>
      </w:r>
      <w:proofErr w:type="spellEnd"/>
      <w:r>
        <w:rPr>
          <w:sz w:val="14"/>
        </w:rPr>
        <w:t xml:space="preserve">” (23–27.11.2026) </w:t>
      </w:r>
      <w:proofErr w:type="spellStart"/>
      <w:r>
        <w:rPr>
          <w:sz w:val="14"/>
        </w:rPr>
        <w:t>și</w:t>
      </w:r>
      <w:proofErr w:type="spellEnd"/>
      <w:r>
        <w:rPr>
          <w:sz w:val="14"/>
        </w:rPr>
        <w:t xml:space="preserve"> „</w:t>
      </w:r>
      <w:proofErr w:type="spellStart"/>
      <w:r>
        <w:rPr>
          <w:sz w:val="14"/>
        </w:rPr>
        <w:t>Săptămâna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verde</w:t>
      </w:r>
      <w:proofErr w:type="spellEnd"/>
      <w:r>
        <w:rPr>
          <w:sz w:val="14"/>
        </w:rPr>
        <w:t xml:space="preserve">” (12–16.04.2027) se </w:t>
      </w:r>
      <w:proofErr w:type="spellStart"/>
      <w:r>
        <w:rPr>
          <w:sz w:val="14"/>
        </w:rPr>
        <w:t>adaptează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deciziei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unității</w:t>
      </w:r>
      <w:proofErr w:type="spellEnd"/>
      <w:r>
        <w:rPr>
          <w:sz w:val="14"/>
        </w:rPr>
        <w:t xml:space="preserve"> de </w:t>
      </w:r>
      <w:proofErr w:type="spellStart"/>
      <w:r>
        <w:rPr>
          <w:sz w:val="14"/>
        </w:rPr>
        <w:t>învățământ</w:t>
      </w:r>
      <w:proofErr w:type="spellEnd"/>
      <w:r>
        <w:rPr>
          <w:sz w:val="14"/>
        </w:rPr>
        <w:t xml:space="preserve">; </w:t>
      </w:r>
      <w:proofErr w:type="spellStart"/>
      <w:r>
        <w:rPr>
          <w:sz w:val="14"/>
        </w:rPr>
        <w:t>cele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două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programe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trebuie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planificate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în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intervale</w:t>
      </w:r>
      <w:proofErr w:type="spellEnd"/>
      <w:r>
        <w:rPr>
          <w:sz w:val="14"/>
        </w:rPr>
        <w:t xml:space="preserve"> de </w:t>
      </w:r>
      <w:proofErr w:type="spellStart"/>
      <w:r>
        <w:rPr>
          <w:sz w:val="14"/>
        </w:rPr>
        <w:t>cursuri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diferite</w:t>
      </w:r>
      <w:proofErr w:type="spellEnd"/>
      <w:r>
        <w:rPr>
          <w:sz w:val="14"/>
        </w:rPr>
        <w:t>.</w:t>
      </w:r>
    </w:p>
    <w:p w14:paraId="64E3F5A8" w14:textId="77777777" w:rsidR="00130B7B" w:rsidRDefault="00F01237">
      <w:pPr>
        <w:spacing w:after="20"/>
      </w:pPr>
      <w:proofErr w:type="spellStart"/>
      <w:r>
        <w:rPr>
          <w:sz w:val="14"/>
        </w:rPr>
        <w:t>Pentru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județ</w:t>
      </w:r>
      <w:r>
        <w:rPr>
          <w:sz w:val="14"/>
        </w:rPr>
        <w:t>ul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Cluj</w:t>
      </w:r>
      <w:proofErr w:type="spellEnd"/>
      <w:r>
        <w:rPr>
          <w:sz w:val="14"/>
        </w:rPr>
        <w:t xml:space="preserve">, </w:t>
      </w:r>
      <w:proofErr w:type="spellStart"/>
      <w:r>
        <w:rPr>
          <w:sz w:val="14"/>
        </w:rPr>
        <w:t>vacanța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mobilă</w:t>
      </w:r>
      <w:proofErr w:type="spellEnd"/>
      <w:r>
        <w:rPr>
          <w:sz w:val="14"/>
        </w:rPr>
        <w:t xml:space="preserve"> din </w:t>
      </w:r>
      <w:proofErr w:type="spellStart"/>
      <w:r>
        <w:rPr>
          <w:sz w:val="14"/>
        </w:rPr>
        <w:t>februarie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este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stabilită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în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intervalul</w:t>
      </w:r>
      <w:proofErr w:type="spellEnd"/>
      <w:r>
        <w:rPr>
          <w:sz w:val="14"/>
        </w:rPr>
        <w:t xml:space="preserve"> 15–21.02.2027.</w:t>
      </w:r>
    </w:p>
    <w:p w14:paraId="185421DD" w14:textId="77777777" w:rsidR="00130B7B" w:rsidRDefault="00F01237">
      <w:pPr>
        <w:spacing w:after="20"/>
      </w:pPr>
      <w:proofErr w:type="spellStart"/>
      <w:r>
        <w:rPr>
          <w:sz w:val="14"/>
        </w:rPr>
        <w:t>Planificarea</w:t>
      </w:r>
      <w:proofErr w:type="spellEnd"/>
      <w:r>
        <w:rPr>
          <w:sz w:val="14"/>
        </w:rPr>
        <w:t xml:space="preserve"> se </w:t>
      </w:r>
      <w:proofErr w:type="spellStart"/>
      <w:r>
        <w:rPr>
          <w:sz w:val="14"/>
        </w:rPr>
        <w:t>adaptează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orarului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concret</w:t>
      </w:r>
      <w:proofErr w:type="spellEnd"/>
      <w:r>
        <w:rPr>
          <w:sz w:val="14"/>
        </w:rPr>
        <w:t xml:space="preserve"> al </w:t>
      </w:r>
      <w:proofErr w:type="spellStart"/>
      <w:r>
        <w:rPr>
          <w:sz w:val="14"/>
        </w:rPr>
        <w:t>clasei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și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zilelor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în</w:t>
      </w:r>
      <w:proofErr w:type="spellEnd"/>
      <w:r>
        <w:rPr>
          <w:sz w:val="14"/>
        </w:rPr>
        <w:t xml:space="preserve"> care, </w:t>
      </w:r>
      <w:proofErr w:type="spellStart"/>
      <w:r>
        <w:rPr>
          <w:sz w:val="14"/>
        </w:rPr>
        <w:t>potrivit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structurii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anului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școlar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și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legislației</w:t>
      </w:r>
      <w:proofErr w:type="spellEnd"/>
      <w:r>
        <w:rPr>
          <w:sz w:val="14"/>
        </w:rPr>
        <w:t xml:space="preserve">, nu se </w:t>
      </w:r>
      <w:proofErr w:type="spellStart"/>
      <w:r>
        <w:rPr>
          <w:sz w:val="14"/>
        </w:rPr>
        <w:t>organizează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cursuri</w:t>
      </w:r>
      <w:proofErr w:type="spellEnd"/>
      <w:r>
        <w:rPr>
          <w:sz w:val="14"/>
        </w:rPr>
        <w:t>.</w:t>
      </w:r>
    </w:p>
    <w:p w14:paraId="6EA3DECB" w14:textId="77777777" w:rsidR="00130B7B" w:rsidRDefault="00F01237">
      <w:pPr>
        <w:spacing w:after="20"/>
      </w:pPr>
      <w:proofErr w:type="spellStart"/>
      <w:r>
        <w:rPr>
          <w:sz w:val="14"/>
        </w:rPr>
        <w:t>Indicativele</w:t>
      </w:r>
      <w:proofErr w:type="spellEnd"/>
      <w:r>
        <w:rPr>
          <w:sz w:val="14"/>
        </w:rPr>
        <w:t xml:space="preserve"> 1.1, 1.2 et</w:t>
      </w:r>
      <w:r>
        <w:rPr>
          <w:sz w:val="14"/>
        </w:rPr>
        <w:t xml:space="preserve">c. din </w:t>
      </w:r>
      <w:proofErr w:type="spellStart"/>
      <w:r>
        <w:rPr>
          <w:sz w:val="14"/>
        </w:rPr>
        <w:t>tabel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corespund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competențelor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specifice</w:t>
      </w:r>
      <w:proofErr w:type="spellEnd"/>
      <w:r>
        <w:rPr>
          <w:sz w:val="14"/>
        </w:rPr>
        <w:t xml:space="preserve"> IX.CS.1.1, IX.CS.1.2 etc. din </w:t>
      </w:r>
      <w:proofErr w:type="spellStart"/>
      <w:r>
        <w:rPr>
          <w:sz w:val="14"/>
        </w:rPr>
        <w:t>programa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școlară</w:t>
      </w:r>
      <w:proofErr w:type="spellEnd"/>
      <w:r>
        <w:rPr>
          <w:sz w:val="14"/>
        </w:rPr>
        <w:t>.</w:t>
      </w:r>
    </w:p>
    <w:p w14:paraId="1FA704D7" w14:textId="77777777" w:rsidR="004D3322" w:rsidRDefault="00F01237">
      <w:pPr>
        <w:spacing w:after="20"/>
      </w:pPr>
      <w:proofErr w:type="spellStart"/>
      <w:r>
        <w:rPr>
          <w:rFonts w:eastAsia="Arial"/>
          <w:sz w:val="14"/>
        </w:rPr>
        <w:t>Evaluarea</w:t>
      </w:r>
      <w:proofErr w:type="spellEnd"/>
      <w:r>
        <w:rPr>
          <w:rFonts w:eastAsia="Arial"/>
          <w:sz w:val="14"/>
        </w:rPr>
        <w:t xml:space="preserve"> </w:t>
      </w:r>
      <w:proofErr w:type="spellStart"/>
      <w:r>
        <w:rPr>
          <w:rFonts w:eastAsia="Arial"/>
          <w:sz w:val="14"/>
        </w:rPr>
        <w:t>sumativă</w:t>
      </w:r>
      <w:proofErr w:type="spellEnd"/>
      <w:r>
        <w:rPr>
          <w:rFonts w:eastAsia="Arial"/>
          <w:sz w:val="14"/>
        </w:rPr>
        <w:t xml:space="preserve"> </w:t>
      </w:r>
      <w:proofErr w:type="spellStart"/>
      <w:r>
        <w:rPr>
          <w:rFonts w:eastAsia="Arial"/>
          <w:sz w:val="14"/>
        </w:rPr>
        <w:t>este</w:t>
      </w:r>
      <w:proofErr w:type="spellEnd"/>
      <w:r>
        <w:rPr>
          <w:rFonts w:eastAsia="Arial"/>
          <w:sz w:val="14"/>
        </w:rPr>
        <w:t xml:space="preserve"> </w:t>
      </w:r>
      <w:proofErr w:type="spellStart"/>
      <w:r>
        <w:rPr>
          <w:rFonts w:eastAsia="Arial"/>
          <w:sz w:val="14"/>
        </w:rPr>
        <w:t>planificată</w:t>
      </w:r>
      <w:proofErr w:type="spellEnd"/>
      <w:r>
        <w:rPr>
          <w:rFonts w:eastAsia="Arial"/>
          <w:sz w:val="14"/>
        </w:rPr>
        <w:t xml:space="preserve"> o </w:t>
      </w:r>
      <w:proofErr w:type="spellStart"/>
      <w:r>
        <w:rPr>
          <w:rFonts w:eastAsia="Arial"/>
          <w:sz w:val="14"/>
        </w:rPr>
        <w:t>singură</w:t>
      </w:r>
      <w:proofErr w:type="spellEnd"/>
      <w:r>
        <w:rPr>
          <w:rFonts w:eastAsia="Arial"/>
          <w:sz w:val="14"/>
        </w:rPr>
        <w:t xml:space="preserve"> </w:t>
      </w:r>
      <w:proofErr w:type="spellStart"/>
      <w:r>
        <w:rPr>
          <w:rFonts w:eastAsia="Arial"/>
          <w:sz w:val="14"/>
        </w:rPr>
        <w:t>dată</w:t>
      </w:r>
      <w:proofErr w:type="spellEnd"/>
      <w:r>
        <w:rPr>
          <w:rFonts w:eastAsia="Arial"/>
          <w:sz w:val="14"/>
        </w:rPr>
        <w:t xml:space="preserve"> la </w:t>
      </w:r>
      <w:proofErr w:type="spellStart"/>
      <w:r>
        <w:rPr>
          <w:rFonts w:eastAsia="Arial"/>
          <w:sz w:val="14"/>
        </w:rPr>
        <w:t>finalul</w:t>
      </w:r>
      <w:proofErr w:type="spellEnd"/>
      <w:r>
        <w:rPr>
          <w:rFonts w:eastAsia="Arial"/>
          <w:sz w:val="14"/>
        </w:rPr>
        <w:t xml:space="preserve"> </w:t>
      </w:r>
      <w:proofErr w:type="spellStart"/>
      <w:r>
        <w:rPr>
          <w:rFonts w:eastAsia="Arial"/>
          <w:sz w:val="14"/>
        </w:rPr>
        <w:t>fiecărui</w:t>
      </w:r>
      <w:proofErr w:type="spellEnd"/>
      <w:r>
        <w:rPr>
          <w:rFonts w:eastAsia="Arial"/>
          <w:sz w:val="14"/>
        </w:rPr>
        <w:t xml:space="preserve"> </w:t>
      </w:r>
      <w:proofErr w:type="spellStart"/>
      <w:r>
        <w:rPr>
          <w:rFonts w:eastAsia="Arial"/>
          <w:sz w:val="14"/>
        </w:rPr>
        <w:t>modul</w:t>
      </w:r>
      <w:proofErr w:type="spellEnd"/>
      <w:r>
        <w:rPr>
          <w:rFonts w:eastAsia="Arial"/>
          <w:sz w:val="14"/>
        </w:rPr>
        <w:t xml:space="preserve"> (5 </w:t>
      </w:r>
      <w:proofErr w:type="spellStart"/>
      <w:r>
        <w:rPr>
          <w:rFonts w:eastAsia="Arial"/>
          <w:sz w:val="14"/>
        </w:rPr>
        <w:t>evaluări</w:t>
      </w:r>
      <w:proofErr w:type="spellEnd"/>
      <w:r>
        <w:rPr>
          <w:rFonts w:eastAsia="Arial"/>
          <w:sz w:val="14"/>
        </w:rPr>
        <w:t xml:space="preserve"> </w:t>
      </w:r>
      <w:proofErr w:type="spellStart"/>
      <w:r>
        <w:rPr>
          <w:rFonts w:eastAsia="Arial"/>
          <w:sz w:val="14"/>
        </w:rPr>
        <w:t>sumative</w:t>
      </w:r>
      <w:proofErr w:type="spellEnd"/>
      <w:r>
        <w:rPr>
          <w:rFonts w:eastAsia="Arial"/>
          <w:sz w:val="14"/>
        </w:rPr>
        <w:t xml:space="preserve"> </w:t>
      </w:r>
      <w:proofErr w:type="spellStart"/>
      <w:r>
        <w:rPr>
          <w:rFonts w:eastAsia="Arial"/>
          <w:sz w:val="14"/>
        </w:rPr>
        <w:t>pe</w:t>
      </w:r>
      <w:proofErr w:type="spellEnd"/>
      <w:r>
        <w:rPr>
          <w:rFonts w:eastAsia="Arial"/>
          <w:sz w:val="14"/>
        </w:rPr>
        <w:t xml:space="preserve"> an). </w:t>
      </w:r>
      <w:proofErr w:type="spellStart"/>
      <w:r>
        <w:rPr>
          <w:rFonts w:eastAsia="Arial"/>
          <w:sz w:val="14"/>
        </w:rPr>
        <w:t>Evaluarea</w:t>
      </w:r>
      <w:proofErr w:type="spellEnd"/>
      <w:r>
        <w:rPr>
          <w:rFonts w:eastAsia="Arial"/>
          <w:sz w:val="14"/>
        </w:rPr>
        <w:t xml:space="preserve"> </w:t>
      </w:r>
      <w:proofErr w:type="spellStart"/>
      <w:r>
        <w:rPr>
          <w:rFonts w:eastAsia="Arial"/>
          <w:sz w:val="14"/>
        </w:rPr>
        <w:t>inițială</w:t>
      </w:r>
      <w:proofErr w:type="spellEnd"/>
      <w:r>
        <w:rPr>
          <w:rFonts w:eastAsia="Arial"/>
          <w:sz w:val="14"/>
        </w:rPr>
        <w:t xml:space="preserve"> are </w:t>
      </w:r>
      <w:proofErr w:type="spellStart"/>
      <w:r>
        <w:rPr>
          <w:rFonts w:eastAsia="Arial"/>
          <w:sz w:val="14"/>
        </w:rPr>
        <w:t>caracter</w:t>
      </w:r>
      <w:proofErr w:type="spellEnd"/>
      <w:r>
        <w:rPr>
          <w:rFonts w:eastAsia="Arial"/>
          <w:sz w:val="14"/>
        </w:rPr>
        <w:t xml:space="preserve"> diagnostic; </w:t>
      </w:r>
      <w:proofErr w:type="spellStart"/>
      <w:r>
        <w:rPr>
          <w:rFonts w:eastAsia="Arial"/>
          <w:sz w:val="14"/>
        </w:rPr>
        <w:t>exercițiile</w:t>
      </w:r>
      <w:proofErr w:type="spellEnd"/>
      <w:r>
        <w:rPr>
          <w:rFonts w:eastAsia="Arial"/>
          <w:sz w:val="14"/>
        </w:rPr>
        <w:t xml:space="preserve"> de </w:t>
      </w:r>
      <w:proofErr w:type="spellStart"/>
      <w:r>
        <w:rPr>
          <w:rFonts w:eastAsia="Arial"/>
          <w:sz w:val="14"/>
        </w:rPr>
        <w:t>evaluare</w:t>
      </w:r>
      <w:proofErr w:type="spellEnd"/>
      <w:r>
        <w:rPr>
          <w:rFonts w:eastAsia="Arial"/>
          <w:sz w:val="14"/>
        </w:rPr>
        <w:t xml:space="preserve"> de la </w:t>
      </w:r>
      <w:proofErr w:type="spellStart"/>
      <w:r>
        <w:rPr>
          <w:rFonts w:eastAsia="Arial"/>
          <w:sz w:val="14"/>
        </w:rPr>
        <w:t>finalul</w:t>
      </w:r>
      <w:proofErr w:type="spellEnd"/>
      <w:r>
        <w:rPr>
          <w:rFonts w:eastAsia="Arial"/>
          <w:sz w:val="14"/>
        </w:rPr>
        <w:t xml:space="preserve"> </w:t>
      </w:r>
      <w:proofErr w:type="spellStart"/>
      <w:r>
        <w:rPr>
          <w:rFonts w:eastAsia="Arial"/>
          <w:sz w:val="14"/>
        </w:rPr>
        <w:t>domeniilor</w:t>
      </w:r>
      <w:proofErr w:type="spellEnd"/>
      <w:r>
        <w:rPr>
          <w:rFonts w:eastAsia="Arial"/>
          <w:sz w:val="14"/>
        </w:rPr>
        <w:t xml:space="preserve"> din manual pot fi </w:t>
      </w:r>
      <w:proofErr w:type="spellStart"/>
      <w:r>
        <w:rPr>
          <w:rFonts w:eastAsia="Arial"/>
          <w:sz w:val="14"/>
        </w:rPr>
        <w:t>valorificate</w:t>
      </w:r>
      <w:proofErr w:type="spellEnd"/>
      <w:r>
        <w:rPr>
          <w:rFonts w:eastAsia="Arial"/>
          <w:sz w:val="14"/>
        </w:rPr>
        <w:t xml:space="preserve"> </w:t>
      </w:r>
      <w:proofErr w:type="spellStart"/>
      <w:r>
        <w:rPr>
          <w:rFonts w:eastAsia="Arial"/>
          <w:sz w:val="14"/>
        </w:rPr>
        <w:t>formativ</w:t>
      </w:r>
      <w:proofErr w:type="spellEnd"/>
      <w:r>
        <w:rPr>
          <w:rFonts w:eastAsia="Arial"/>
          <w:sz w:val="14"/>
        </w:rPr>
        <w:t xml:space="preserve">, </w:t>
      </w:r>
      <w:proofErr w:type="spellStart"/>
      <w:r>
        <w:rPr>
          <w:rFonts w:eastAsia="Arial"/>
          <w:sz w:val="14"/>
        </w:rPr>
        <w:t>în</w:t>
      </w:r>
      <w:proofErr w:type="spellEnd"/>
      <w:r>
        <w:rPr>
          <w:rFonts w:eastAsia="Arial"/>
          <w:sz w:val="14"/>
        </w:rPr>
        <w:t xml:space="preserve"> </w:t>
      </w:r>
      <w:proofErr w:type="spellStart"/>
      <w:r>
        <w:rPr>
          <w:rFonts w:eastAsia="Arial"/>
          <w:sz w:val="14"/>
        </w:rPr>
        <w:t>orele</w:t>
      </w:r>
      <w:proofErr w:type="spellEnd"/>
      <w:r>
        <w:rPr>
          <w:rFonts w:eastAsia="Arial"/>
          <w:sz w:val="14"/>
        </w:rPr>
        <w:t xml:space="preserve"> de </w:t>
      </w:r>
      <w:proofErr w:type="spellStart"/>
      <w:r>
        <w:rPr>
          <w:rFonts w:eastAsia="Arial"/>
          <w:sz w:val="14"/>
        </w:rPr>
        <w:t>consolidare</w:t>
      </w:r>
      <w:proofErr w:type="spellEnd"/>
      <w:r>
        <w:rPr>
          <w:rFonts w:eastAsia="Arial"/>
          <w:sz w:val="14"/>
        </w:rPr>
        <w:t xml:space="preserve"> </w:t>
      </w:r>
      <w:proofErr w:type="spellStart"/>
      <w:r>
        <w:rPr>
          <w:rFonts w:eastAsia="Arial"/>
          <w:sz w:val="14"/>
        </w:rPr>
        <w:t>și</w:t>
      </w:r>
      <w:proofErr w:type="spellEnd"/>
      <w:r>
        <w:rPr>
          <w:rFonts w:eastAsia="Arial"/>
          <w:sz w:val="14"/>
        </w:rPr>
        <w:t xml:space="preserve"> </w:t>
      </w:r>
      <w:proofErr w:type="spellStart"/>
      <w:r>
        <w:rPr>
          <w:rFonts w:eastAsia="Arial"/>
          <w:sz w:val="14"/>
        </w:rPr>
        <w:t>aprofundare</w:t>
      </w:r>
      <w:proofErr w:type="spellEnd"/>
      <w:r>
        <w:rPr>
          <w:rFonts w:eastAsia="Arial"/>
          <w:sz w:val="14"/>
        </w:rPr>
        <w:t>.</w:t>
      </w:r>
    </w:p>
    <w:p w14:paraId="65715F94" w14:textId="77777777" w:rsidR="00130B7B" w:rsidRDefault="00F01237">
      <w:pPr>
        <w:spacing w:before="160"/>
      </w:pPr>
      <w:proofErr w:type="gramStart"/>
      <w:r>
        <w:rPr>
          <w:b/>
        </w:rPr>
        <w:t>Director,</w:t>
      </w:r>
      <w:r>
        <w:t xml:space="preserve">   </w:t>
      </w:r>
      <w:proofErr w:type="gramEnd"/>
      <w:r>
        <w:t xml:space="preserve">                                                                   </w:t>
      </w:r>
      <w:proofErr w:type="spellStart"/>
      <w:r>
        <w:rPr>
          <w:b/>
        </w:rPr>
        <w:t>Responsabil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comisie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metodică</w:t>
      </w:r>
      <w:proofErr w:type="spellEnd"/>
      <w:r>
        <w:rPr>
          <w:b/>
        </w:rPr>
        <w:t>,</w:t>
      </w:r>
    </w:p>
    <w:sectPr w:rsidR="00130B7B" w:rsidSect="00034616">
      <w:pgSz w:w="11906" w:h="16838"/>
      <w:pgMar w:top="567" w:right="454" w:bottom="567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085B"/>
    <w:rsid w:val="00034616"/>
    <w:rsid w:val="0006063C"/>
    <w:rsid w:val="00083C52"/>
    <w:rsid w:val="00124BBE"/>
    <w:rsid w:val="00130B7B"/>
    <w:rsid w:val="0015074B"/>
    <w:rsid w:val="00175593"/>
    <w:rsid w:val="00253C3A"/>
    <w:rsid w:val="0029639D"/>
    <w:rsid w:val="00326F90"/>
    <w:rsid w:val="004D3322"/>
    <w:rsid w:val="00614574"/>
    <w:rsid w:val="00970506"/>
    <w:rsid w:val="00AA1D8D"/>
    <w:rsid w:val="00B47730"/>
    <w:rsid w:val="00CB0664"/>
    <w:rsid w:val="00F0123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4784A58"/>
  <w14:defaultImageDpi w14:val="300"/>
  <w15:docId w15:val="{31F501CB-C9D2-467D-91EE-9E95A75DC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D351D66-4EA0-44BE-B326-88A9173AF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1097</Words>
  <Characters>6253</Characters>
  <Application>Microsoft Office Word</Application>
  <DocSecurity>0</DocSecurity>
  <Lines>52</Lines>
  <Paragraphs>14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Planificare calendaristică orientativă – Religie, clasa a IX-a, 2026–2027</vt:lpstr>
      <vt:lpstr/>
    </vt:vector>
  </TitlesOfParts>
  <Manager/>
  <Company/>
  <LinksUpToDate>false</LinksUpToDate>
  <CharactersWithSpaces>7336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Planificare calendaristică orientativă – Religie, clasa a IX-a, 2026–2027 – 5 evaluări sumative</dc:title>
  <dc:subject>Religie – Cultul Ortodox – structură fidelă manualului</dc:subject>
  <dc:creator>Ionut Chira</dc:creator>
  <cp:keywords>planificare calendaristică, clasa a IX-a, religie, 2026-2027</cp:keywords>
  <dc:description>generated by python-docx</dc:description>
  <cp:lastModifiedBy>Religie</cp:lastModifiedBy>
  <cp:revision>5</cp:revision>
  <dcterms:created xsi:type="dcterms:W3CDTF">2026-08-21T10:19:00Z</dcterms:created>
  <dcterms:modified xsi:type="dcterms:W3CDTF">2026-08-26T08:11:00Z</dcterms:modified>
  <cp:category/>
</cp:coreProperties>
</file>